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2A012" w14:textId="76038B78" w:rsidR="009F2245" w:rsidRDefault="009F2245">
      <w:pPr>
        <w:jc w:val="center"/>
        <w:rPr>
          <w:rFonts w:hint="cs"/>
          <w:b/>
          <w:sz w:val="40"/>
          <w:lang w:bidi="th-TH"/>
        </w:rPr>
      </w:pPr>
    </w:p>
    <w:p w14:paraId="3C4B29D9" w14:textId="010A6A64" w:rsidR="009F2245" w:rsidRDefault="00B43613">
      <w:pPr>
        <w:jc w:val="center"/>
        <w:rPr>
          <w:b/>
          <w:sz w:val="40"/>
          <w:lang w:bidi="th-TH"/>
        </w:rPr>
      </w:pPr>
      <w:r>
        <w:rPr>
          <w:b/>
          <w:noProof/>
          <w:sz w:val="40"/>
          <w:lang w:bidi="th-TH"/>
        </w:rPr>
        <w:drawing>
          <wp:anchor distT="0" distB="0" distL="114300" distR="114300" simplePos="0" relativeHeight="251671040" behindDoc="1" locked="0" layoutInCell="1" allowOverlap="1" wp14:anchorId="66D68C4D" wp14:editId="65DFD842">
            <wp:simplePos x="0" y="0"/>
            <wp:positionH relativeFrom="margin">
              <wp:posOffset>2692400</wp:posOffset>
            </wp:positionH>
            <wp:positionV relativeFrom="paragraph">
              <wp:posOffset>9313</wp:posOffset>
            </wp:positionV>
            <wp:extent cx="1806222" cy="1806222"/>
            <wp:effectExtent l="0" t="0" r="3810" b="3810"/>
            <wp:wrapNone/>
            <wp:docPr id="1348698813" name="รูปภาพ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582" cy="181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86985" w14:textId="365FBBA6" w:rsidR="009F2245" w:rsidRDefault="009F2245">
      <w:pPr>
        <w:jc w:val="center"/>
        <w:rPr>
          <w:b/>
          <w:sz w:val="40"/>
          <w:lang w:bidi="th-TH"/>
        </w:rPr>
      </w:pPr>
    </w:p>
    <w:p w14:paraId="2D16D678" w14:textId="77777777" w:rsidR="00CB483C" w:rsidRDefault="00CB483C">
      <w:pPr>
        <w:jc w:val="center"/>
        <w:rPr>
          <w:b/>
          <w:sz w:val="40"/>
        </w:rPr>
      </w:pPr>
    </w:p>
    <w:p w14:paraId="62713644" w14:textId="77777777" w:rsidR="00B43613" w:rsidRDefault="00B43613">
      <w:pPr>
        <w:jc w:val="center"/>
        <w:rPr>
          <w:b/>
          <w:sz w:val="40"/>
        </w:rPr>
      </w:pPr>
    </w:p>
    <w:p w14:paraId="47E90559" w14:textId="44BEBF2C" w:rsidR="00301052" w:rsidRPr="00B9675E" w:rsidRDefault="00B43613">
      <w:pPr>
        <w:jc w:val="center"/>
        <w:rPr>
          <w:rFonts w:ascii="TH SarabunIT๙" w:hAnsi="TH SarabunIT๙" w:cs="TH SarabunIT๙"/>
          <w:b/>
          <w:szCs w:val="32"/>
        </w:rPr>
      </w:pPr>
      <w:r w:rsidRPr="00B9675E">
        <w:rPr>
          <w:rFonts w:ascii="TH SarabunIT๙" w:hAnsi="TH SarabunIT๙" w:cs="TH SarabunIT๙"/>
          <w:b/>
          <w:szCs w:val="32"/>
        </w:rPr>
        <w:t xml:space="preserve">        </w:t>
      </w:r>
      <w:proofErr w:type="spellStart"/>
      <w:r w:rsidR="009478B1" w:rsidRPr="00B9675E">
        <w:rPr>
          <w:rFonts w:ascii="TH SarabunIT๙" w:hAnsi="TH SarabunIT๙" w:cs="TH SarabunIT๙"/>
          <w:b/>
          <w:szCs w:val="32"/>
        </w:rPr>
        <w:t>คู่มือหรือแนวทางการขอรับบริการ</w:t>
      </w:r>
      <w:proofErr w:type="spellEnd"/>
    </w:p>
    <w:p w14:paraId="517EF5EE" w14:textId="4428F53F" w:rsidR="00301052" w:rsidRPr="00B9675E" w:rsidRDefault="00B43613">
      <w:pPr>
        <w:jc w:val="center"/>
        <w:rPr>
          <w:rFonts w:ascii="TH SarabunIT๙" w:hAnsi="TH SarabunIT๙" w:cs="TH SarabunIT๙"/>
          <w:b/>
          <w:szCs w:val="32"/>
        </w:rPr>
      </w:pPr>
      <w:r w:rsidRPr="00B9675E">
        <w:rPr>
          <w:rFonts w:ascii="TH SarabunIT๙" w:hAnsi="TH SarabunIT๙" w:cs="TH SarabunIT๙"/>
          <w:b/>
          <w:szCs w:val="32"/>
        </w:rPr>
        <w:t xml:space="preserve">          </w:t>
      </w:r>
      <w:proofErr w:type="spellStart"/>
      <w:r w:rsidR="009478B1" w:rsidRPr="00B9675E">
        <w:rPr>
          <w:rFonts w:ascii="TH SarabunIT๙" w:hAnsi="TH SarabunIT๙" w:cs="TH SarabunIT๙"/>
          <w:b/>
          <w:szCs w:val="32"/>
        </w:rPr>
        <w:t>สำหรับผู้มารับบริการหรือผู้มาติดต่อ</w:t>
      </w:r>
      <w:proofErr w:type="spellEnd"/>
    </w:p>
    <w:p w14:paraId="0EAD9A0F" w14:textId="78FEDAD0" w:rsidR="00301052" w:rsidRPr="00B9675E" w:rsidRDefault="00301052">
      <w:pPr>
        <w:rPr>
          <w:rFonts w:ascii="TH SarabunIT๙" w:hAnsi="TH SarabunIT๙" w:cs="TH SarabunIT๙"/>
          <w:b/>
          <w:szCs w:val="32"/>
        </w:rPr>
      </w:pPr>
    </w:p>
    <w:p w14:paraId="712A860E" w14:textId="0765A919" w:rsidR="00B9675E" w:rsidRPr="00B9675E" w:rsidRDefault="00B9675E" w:rsidP="00B9675E">
      <w:pPr>
        <w:spacing w:line="240" w:lineRule="auto"/>
        <w:jc w:val="center"/>
        <w:rPr>
          <w:rFonts w:ascii="TH SarabunIT๙" w:hAnsi="TH SarabunIT๙" w:cs="TH SarabunIT๙"/>
          <w:b/>
          <w:szCs w:val="32"/>
          <w:lang w:bidi="th-TH"/>
        </w:rPr>
      </w:pPr>
      <w:r>
        <w:rPr>
          <w:rFonts w:ascii="TH SarabunIT๙" w:hAnsi="TH SarabunIT๙" w:cs="TH SarabunIT๙"/>
          <w:b/>
          <w:szCs w:val="32"/>
          <w:cs/>
          <w:lang w:bidi="th-TH"/>
        </w:rPr>
        <w:tab/>
      </w:r>
      <w:r w:rsidRPr="00B9675E">
        <w:rPr>
          <w:rFonts w:ascii="TH SarabunIT๙" w:hAnsi="TH SarabunIT๙" w:cs="TH SarabunIT๙" w:hint="cs"/>
          <w:b/>
          <w:szCs w:val="32"/>
          <w:cs/>
          <w:lang w:bidi="th-TH"/>
        </w:rPr>
        <w:t>ศูนย์ส่งเสริมการเรียนรู้ระดับอำเภอหาดสำราญ</w:t>
      </w:r>
    </w:p>
    <w:p w14:paraId="22AA05FA" w14:textId="2B1F7725" w:rsidR="009F2245" w:rsidRPr="00B9675E" w:rsidRDefault="00B43613" w:rsidP="00B9675E">
      <w:pPr>
        <w:spacing w:line="240" w:lineRule="auto"/>
        <w:jc w:val="center"/>
        <w:rPr>
          <w:rFonts w:ascii="TH SarabunIT๙" w:hAnsi="TH SarabunIT๙" w:cs="TH SarabunIT๙"/>
          <w:b/>
          <w:szCs w:val="32"/>
        </w:rPr>
      </w:pPr>
      <w:r w:rsidRPr="00B9675E">
        <w:rPr>
          <w:rFonts w:ascii="TH SarabunIT๙" w:hAnsi="TH SarabunIT๙" w:cs="TH SarabunIT๙"/>
          <w:b/>
          <w:szCs w:val="32"/>
        </w:rPr>
        <w:tab/>
      </w:r>
      <w:proofErr w:type="spellStart"/>
      <w:r w:rsidR="009F2245" w:rsidRPr="00B9675E">
        <w:rPr>
          <w:rFonts w:ascii="TH SarabunIT๙" w:hAnsi="TH SarabunIT๙" w:cs="TH SarabunIT๙"/>
          <w:b/>
          <w:szCs w:val="32"/>
        </w:rPr>
        <w:t>สังกัด</w:t>
      </w:r>
      <w:proofErr w:type="spellEnd"/>
      <w:r w:rsidR="009F2245" w:rsidRPr="00B9675E">
        <w:rPr>
          <w:rFonts w:ascii="TH SarabunIT๙" w:hAnsi="TH SarabunIT๙" w:cs="TH SarabunIT๙"/>
          <w:b/>
          <w:szCs w:val="32"/>
        </w:rPr>
        <w:t xml:space="preserve"> </w:t>
      </w:r>
      <w:proofErr w:type="spellStart"/>
      <w:r w:rsidR="009F2245" w:rsidRPr="00B9675E">
        <w:rPr>
          <w:rFonts w:ascii="TH SarabunIT๙" w:hAnsi="TH SarabunIT๙" w:cs="TH SarabunIT๙"/>
          <w:b/>
          <w:szCs w:val="32"/>
        </w:rPr>
        <w:t>สำนักงานส่งเสริมการเรียนรู้ประจำจังหวัดตรัง</w:t>
      </w:r>
      <w:proofErr w:type="spellEnd"/>
    </w:p>
    <w:p w14:paraId="3F1FA30C" w14:textId="7C0E1619" w:rsidR="009F2245" w:rsidRPr="00B9675E" w:rsidRDefault="009F2245">
      <w:pPr>
        <w:rPr>
          <w:b/>
        </w:rPr>
      </w:pPr>
      <w:r w:rsidRPr="00B9675E">
        <w:rPr>
          <w:b/>
        </w:rPr>
        <w:br w:type="page"/>
      </w:r>
    </w:p>
    <w:p w14:paraId="3ED5E299" w14:textId="721B9BCA" w:rsidR="00355C00" w:rsidRDefault="00355C00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10D98C" wp14:editId="65BA547D">
                <wp:simplePos x="0" y="0"/>
                <wp:positionH relativeFrom="column">
                  <wp:posOffset>1436701</wp:posOffset>
                </wp:positionH>
                <wp:positionV relativeFrom="paragraph">
                  <wp:posOffset>30977</wp:posOffset>
                </wp:positionV>
                <wp:extent cx="3918502" cy="450077"/>
                <wp:effectExtent l="76200" t="57150" r="82550" b="102870"/>
                <wp:wrapNone/>
                <wp:docPr id="660445744" name="แผนผังลําดับงาน: กระบวนการสำรอ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502" cy="450077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E9A8A3" w14:textId="79520964" w:rsidR="00355C00" w:rsidRPr="00355C00" w:rsidRDefault="00355C00" w:rsidP="00355C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</w:rPr>
                            </w:pPr>
                            <w:proofErr w:type="spellStart"/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</w:rPr>
                              <w:t>ขั้นตอนการ</w:t>
                            </w:r>
                            <w:proofErr w:type="spellEnd"/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  <w:cs/>
                                <w:lang w:bidi="th-TH"/>
                              </w:rPr>
                              <w:t>ป</w:t>
                            </w:r>
                            <w:r w:rsidR="00B9675E">
                              <w:rPr>
                                <w:rFonts w:ascii="TH SarabunPSK" w:hAnsi="TH SarabunPSK" w:cs="TH SarabunPSK" w:hint="cs"/>
                                <w:bCs/>
                                <w:szCs w:val="32"/>
                                <w:cs/>
                                <w:lang w:bidi="th-TH"/>
                              </w:rPr>
                              <w:t>ฏิ</w:t>
                            </w:r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  <w:cs/>
                                <w:lang w:bidi="th-TH"/>
                              </w:rPr>
                              <w:t>บัติกลุ่มอำนวยการของหัวหน้ากลุ่มอำนวยการ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0D98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12" o:spid="_x0000_s1026" type="#_x0000_t176" style="position:absolute;left:0;text-align:left;margin-left:113.15pt;margin-top:2.45pt;width:308.55pt;height:35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" fillcolor="#8064a2 [3207]" strokecolor="white [3201]" strokeweight="3pt">
                <v:shadow on="t" color="black" opacity="24903f" origin=",.5" offset="0,.55556mm"/>
                <v:textbox>
                  <w:txbxContent>
                    <w:p w14:paraId="0DE9A8A3" w14:textId="79520964" w:rsidR="00355C00" w:rsidRPr="00355C00" w:rsidRDefault="00355C00" w:rsidP="00355C00">
                      <w:pPr>
                        <w:jc w:val="center"/>
                        <w:rPr>
                          <w:rFonts w:ascii="TH SarabunPSK" w:hAnsi="TH SarabunPSK" w:cs="TH SarabunPSK"/>
                          <w:bCs/>
                        </w:rPr>
                      </w:pPr>
                      <w:proofErr w:type="spellStart"/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</w:rPr>
                        <w:t>ขั้นตอนการ</w:t>
                      </w:r>
                      <w:proofErr w:type="spellEnd"/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  <w:cs/>
                          <w:lang w:bidi="th-TH"/>
                        </w:rPr>
                        <w:t>ป</w:t>
                      </w:r>
                      <w:r w:rsidR="00B9675E">
                        <w:rPr>
                          <w:rFonts w:ascii="TH SarabunPSK" w:hAnsi="TH SarabunPSK" w:cs="TH SarabunPSK" w:hint="cs"/>
                          <w:bCs/>
                          <w:szCs w:val="32"/>
                          <w:cs/>
                          <w:lang w:bidi="th-TH"/>
                        </w:rPr>
                        <w:t>ฏิ</w:t>
                      </w:r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  <w:cs/>
                          <w:lang w:bidi="th-TH"/>
                        </w:rPr>
                        <w:t>บัติกลุ่มอำนวยการของหัวหน้ากลุ่มอำนวยการ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0342D422" w14:textId="4400E9F1" w:rsidR="001C5418" w:rsidRPr="00355C00" w:rsidRDefault="001C5418">
      <w:pPr>
        <w:jc w:val="center"/>
        <w:rPr>
          <w:b/>
          <w:szCs w:val="32"/>
          <w:lang w:bidi="th-TH"/>
        </w:rPr>
      </w:pPr>
      <w:r w:rsidRPr="00355C00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8D825F" wp14:editId="1B653230">
                <wp:simplePos x="0" y="0"/>
                <wp:positionH relativeFrom="column">
                  <wp:posOffset>3151974</wp:posOffset>
                </wp:positionH>
                <wp:positionV relativeFrom="paragraph">
                  <wp:posOffset>194614</wp:posOffset>
                </wp:positionV>
                <wp:extent cx="85725" cy="161925"/>
                <wp:effectExtent l="57150" t="19050" r="66675" b="104775"/>
                <wp:wrapNone/>
                <wp:docPr id="1587469360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D3FA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5" o:spid="_x0000_s1026" type="#_x0000_t67" style="position:absolute;margin-left:248.2pt;margin-top:15.3pt;width:6.7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4A64D224" w14:textId="5E397E27" w:rsidR="001C5418" w:rsidRDefault="001C5418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A98857" wp14:editId="1320AB65">
                <wp:simplePos x="0" y="0"/>
                <wp:positionH relativeFrom="column">
                  <wp:posOffset>2377748</wp:posOffset>
                </wp:positionH>
                <wp:positionV relativeFrom="paragraph">
                  <wp:posOffset>49427</wp:posOffset>
                </wp:positionV>
                <wp:extent cx="1700088" cy="640715"/>
                <wp:effectExtent l="57150" t="38100" r="71755" b="102235"/>
                <wp:wrapNone/>
                <wp:docPr id="1077050537" name="แผนผังลําดับงาน: กระบวนการสำรอ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088" cy="64071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3C92EA" w14:textId="60969D49" w:rsidR="001C5418" w:rsidRPr="00355C00" w:rsidRDefault="001C5418" w:rsidP="001C541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355C00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เจ้าหน้าที่ป</w:t>
                            </w:r>
                            <w:r w:rsidR="00B9675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ฏิ</w:t>
                            </w:r>
                            <w:r w:rsidRPr="00355C00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บัติงานตามภารกิจ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98857" id="แผนผังลําดับงาน: กระบวนการสำรอง 4" o:spid="_x0000_s1027" type="#_x0000_t176" style="position:absolute;left:0;text-align:left;margin-left:187.2pt;margin-top:3.9pt;width:133.85pt;height:5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4B3C92EA" w14:textId="60969D49" w:rsidR="001C5418" w:rsidRPr="00355C00" w:rsidRDefault="001C5418" w:rsidP="001C541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355C00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เจ้าหน้าที่ป</w:t>
                      </w:r>
                      <w:r w:rsidR="00B9675E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ฏิ</w:t>
                      </w:r>
                      <w:r w:rsidRPr="00355C00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บัติงานตามภารกิจ</w:t>
                      </w:r>
                    </w:p>
                  </w:txbxContent>
                </v:textbox>
              </v:shape>
            </w:pict>
          </mc:Fallback>
        </mc:AlternateContent>
      </w:r>
    </w:p>
    <w:p w14:paraId="2599B703" w14:textId="6C664FC1" w:rsidR="001C5418" w:rsidRDefault="001C5418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9E9C9B" wp14:editId="2B3BF7E9">
                <wp:simplePos x="0" y="0"/>
                <wp:positionH relativeFrom="column">
                  <wp:posOffset>3193111</wp:posOffset>
                </wp:positionH>
                <wp:positionV relativeFrom="paragraph">
                  <wp:posOffset>401072</wp:posOffset>
                </wp:positionV>
                <wp:extent cx="85725" cy="161925"/>
                <wp:effectExtent l="57150" t="19050" r="66675" b="104775"/>
                <wp:wrapNone/>
                <wp:docPr id="2029503937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B78553" w14:textId="62C2639D" w:rsidR="001C5418" w:rsidRDefault="001C5418" w:rsidP="001C5418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E9C9B" id="ลูกศร: ลง 5" o:spid="_x0000_s1028" type="#_x0000_t67" style="position:absolute;left:0;text-align:left;margin-left:251.45pt;margin-top:31.6pt;width:6.7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6B78553" w14:textId="62C2639D" w:rsidR="001C5418" w:rsidRDefault="001C5418" w:rsidP="001C5418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355C00">
        <w:rPr>
          <w:rFonts w:hint="cs"/>
          <w:b/>
          <w:szCs w:val="32"/>
          <w:cs/>
          <w:lang w:bidi="th-TH"/>
        </w:rPr>
        <w:t xml:space="preserve">  </w:t>
      </w:r>
    </w:p>
    <w:p w14:paraId="29DA45E2" w14:textId="5B4A3B94" w:rsidR="001C5418" w:rsidRDefault="00F025E6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E042E6" wp14:editId="7C47BE0B">
                <wp:simplePos x="0" y="0"/>
                <wp:positionH relativeFrom="column">
                  <wp:posOffset>4731081</wp:posOffset>
                </wp:positionH>
                <wp:positionV relativeFrom="paragraph">
                  <wp:posOffset>370398</wp:posOffset>
                </wp:positionV>
                <wp:extent cx="1906822" cy="362612"/>
                <wp:effectExtent l="57150" t="19050" r="74930" b="94615"/>
                <wp:wrapNone/>
                <wp:docPr id="353522601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B976D5" w14:textId="504D54C6" w:rsidR="001C5418" w:rsidRPr="00F025E6" w:rsidRDefault="001C5418" w:rsidP="001C541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  <w:t>5</w:t>
                            </w:r>
                            <w:r w:rsidR="00240BF3"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042E6" id="สี่เหลี่ยมผืนผ้า 7" o:spid="_x0000_s1029" style="position:absolute;left:0;text-align:left;margin-left:372.55pt;margin-top:29.15pt;width:150.15pt;height:28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AB976D5" w14:textId="504D54C6" w:rsidR="001C5418" w:rsidRPr="00F025E6" w:rsidRDefault="001C5418" w:rsidP="001C541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  <w:t>5</w:t>
                      </w:r>
                      <w:r w:rsidR="00240BF3"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  <w:r w:rsidR="00240BF3"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7D396A" wp14:editId="296AFCC6">
                <wp:simplePos x="0" y="0"/>
                <wp:positionH relativeFrom="column">
                  <wp:posOffset>2072806</wp:posOffset>
                </wp:positionH>
                <wp:positionV relativeFrom="paragraph">
                  <wp:posOffset>229318</wp:posOffset>
                </wp:positionV>
                <wp:extent cx="2193069" cy="612140"/>
                <wp:effectExtent l="57150" t="38100" r="74295" b="92710"/>
                <wp:wrapNone/>
                <wp:docPr id="1118995784" name="แผนผังลําดับงาน: ข้อมูล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069" cy="61214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D87B4E" w14:textId="1430CDFE" w:rsidR="001C5418" w:rsidRPr="00F025E6" w:rsidRDefault="001C5418" w:rsidP="001C541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รับเรื่องจากเจ้าหน้าที่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7D396A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แผนผังลําดับงาน: ข้อมูล 6" o:spid="_x0000_s1030" type="#_x0000_t111" style="position:absolute;left:0;text-align:left;margin-left:163.2pt;margin-top:18.05pt;width:172.7pt;height:48.2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3BD87B4E" w14:textId="1430CDFE" w:rsidR="001C5418" w:rsidRPr="00F025E6" w:rsidRDefault="001C5418" w:rsidP="001C541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รับเรื่องจากเจ้าหน้าที่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  <w:r w:rsidR="001C5418">
        <w:rPr>
          <w:rFonts w:hint="cs"/>
          <w:b/>
          <w:noProof/>
          <w:szCs w:val="32"/>
          <w:cs/>
          <w:lang w:bidi="th-TH"/>
        </w:rPr>
        <w:t xml:space="preserve">      </w:t>
      </w:r>
    </w:p>
    <w:p w14:paraId="5D21C1CC" w14:textId="2240EFBF" w:rsidR="001C5418" w:rsidRDefault="001C5418">
      <w:pPr>
        <w:jc w:val="center"/>
        <w:rPr>
          <w:b/>
          <w:szCs w:val="32"/>
          <w:lang w:bidi="th-TH"/>
        </w:rPr>
      </w:pPr>
      <w:r>
        <w:rPr>
          <w:rFonts w:hint="cs"/>
          <w:b/>
          <w:szCs w:val="32"/>
          <w:cs/>
          <w:lang w:bidi="th-TH"/>
        </w:rPr>
        <w:t xml:space="preserve">                  </w:t>
      </w:r>
    </w:p>
    <w:p w14:paraId="638378C0" w14:textId="77F0B434" w:rsidR="00240BF3" w:rsidRDefault="00657867" w:rsidP="00240BF3">
      <w:pPr>
        <w:jc w:val="center"/>
        <w:rPr>
          <w:lang w:bidi="th-TH"/>
        </w:rPr>
      </w:pPr>
      <w:r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51B7E4" wp14:editId="31E7D9E8">
                <wp:simplePos x="0" y="0"/>
                <wp:positionH relativeFrom="column">
                  <wp:posOffset>2477715</wp:posOffset>
                </wp:positionH>
                <wp:positionV relativeFrom="paragraph">
                  <wp:posOffset>403115</wp:posOffset>
                </wp:positionV>
                <wp:extent cx="1485403" cy="612140"/>
                <wp:effectExtent l="57150" t="38100" r="76835" b="92710"/>
                <wp:wrapNone/>
                <wp:docPr id="1002350779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403" cy="6121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A7E2B3" w14:textId="77777777" w:rsidR="00F025E6" w:rsidRPr="00F025E6" w:rsidRDefault="00F025E6" w:rsidP="00F025E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พิจารณาเรื่อง</w:t>
                            </w:r>
                          </w:p>
                          <w:p w14:paraId="31ECB059" w14:textId="77777777" w:rsidR="00F025E6" w:rsidRDefault="00F025E6" w:rsidP="00F025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51B7E4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แผนผังลําดับงาน: การตัดสินใจ 8" o:spid="_x0000_s1031" type="#_x0000_t110" style="position:absolute;left:0;text-align:left;margin-left:195.1pt;margin-top:31.75pt;width:116.95pt;height:48.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46A7E2B3" w14:textId="77777777" w:rsidR="00F025E6" w:rsidRPr="00F025E6" w:rsidRDefault="00F025E6" w:rsidP="00F025E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พิจารณาเรื่อง</w:t>
                      </w:r>
                    </w:p>
                    <w:p w14:paraId="31ECB059" w14:textId="77777777" w:rsidR="00F025E6" w:rsidRDefault="00F025E6" w:rsidP="00F025E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40BF3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7437E8" wp14:editId="5C2249B7">
                <wp:simplePos x="0" y="0"/>
                <wp:positionH relativeFrom="column">
                  <wp:posOffset>3164205</wp:posOffset>
                </wp:positionH>
                <wp:positionV relativeFrom="paragraph">
                  <wp:posOffset>137989</wp:posOffset>
                </wp:positionV>
                <wp:extent cx="85725" cy="161925"/>
                <wp:effectExtent l="57150" t="19050" r="66675" b="104775"/>
                <wp:wrapNone/>
                <wp:docPr id="1414530638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44A95" w14:textId="77777777" w:rsidR="00240BF3" w:rsidRDefault="00240BF3" w:rsidP="00240BF3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437E8" id="_x0000_s1032" type="#_x0000_t67" style="position:absolute;left:0;text-align:left;margin-left:249.15pt;margin-top:10.85pt;width:6.7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BB44A95" w14:textId="77777777" w:rsidR="00240BF3" w:rsidRDefault="00240BF3" w:rsidP="00240BF3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240BF3">
        <w:rPr>
          <w:rFonts w:hint="cs"/>
          <w:cs/>
          <w:lang w:bidi="th-TH"/>
        </w:rPr>
        <w:t xml:space="preserve">  </w:t>
      </w:r>
    </w:p>
    <w:p w14:paraId="45BC368B" w14:textId="2C0E8F0F" w:rsidR="00240BF3" w:rsidRDefault="00F025E6" w:rsidP="00240BF3">
      <w:pPr>
        <w:jc w:val="center"/>
        <w:rPr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D63C56" wp14:editId="033617F3">
                <wp:simplePos x="0" y="0"/>
                <wp:positionH relativeFrom="column">
                  <wp:posOffset>4276587</wp:posOffset>
                </wp:positionH>
                <wp:positionV relativeFrom="paragraph">
                  <wp:posOffset>204525</wp:posOffset>
                </wp:positionV>
                <wp:extent cx="1906822" cy="362612"/>
                <wp:effectExtent l="57150" t="19050" r="74930" b="94615"/>
                <wp:wrapNone/>
                <wp:docPr id="1432229289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B00FDD" w14:textId="797DE74E" w:rsidR="00F025E6" w:rsidRPr="00F025E6" w:rsidRDefault="00F025E6" w:rsidP="00F025E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  <w:t>3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63C56" id="_x0000_s1033" style="position:absolute;left:0;text-align:left;margin-left:336.75pt;margin-top:16.1pt;width:150.15pt;height:28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EB00FDD" w14:textId="797DE74E" w:rsidR="00F025E6" w:rsidRPr="00F025E6" w:rsidRDefault="00F025E6" w:rsidP="00F025E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  <w:t>3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  <w:r w:rsidR="00240BF3">
        <w:rPr>
          <w:rFonts w:hint="cs"/>
          <w:cs/>
          <w:lang w:bidi="th-TH"/>
        </w:rPr>
        <w:t xml:space="preserve">  </w:t>
      </w:r>
    </w:p>
    <w:p w14:paraId="762CE011" w14:textId="2B90734E" w:rsidR="001C5418" w:rsidRDefault="00240BF3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7E13B8" wp14:editId="0BFEC4AA">
                <wp:simplePos x="0" y="0"/>
                <wp:positionH relativeFrom="column">
                  <wp:posOffset>3124311</wp:posOffset>
                </wp:positionH>
                <wp:positionV relativeFrom="paragraph">
                  <wp:posOffset>288677</wp:posOffset>
                </wp:positionV>
                <wp:extent cx="85725" cy="161925"/>
                <wp:effectExtent l="57150" t="19050" r="66675" b="104775"/>
                <wp:wrapNone/>
                <wp:docPr id="240976910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8060B6" w14:textId="77777777" w:rsidR="00240BF3" w:rsidRDefault="00240BF3" w:rsidP="00240BF3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E13B8" id="_x0000_s1034" type="#_x0000_t67" style="position:absolute;left:0;text-align:left;margin-left:246pt;margin-top:22.75pt;width:6.75pt;height:1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98060B6" w14:textId="77777777" w:rsidR="00240BF3" w:rsidRDefault="00240BF3" w:rsidP="00240BF3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47CC2681" w14:textId="5D990AE5" w:rsidR="001C5418" w:rsidRDefault="00240BF3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A51922" wp14:editId="1CF1EE81">
                <wp:simplePos x="0" y="0"/>
                <wp:positionH relativeFrom="column">
                  <wp:posOffset>2223880</wp:posOffset>
                </wp:positionH>
                <wp:positionV relativeFrom="paragraph">
                  <wp:posOffset>154250</wp:posOffset>
                </wp:positionV>
                <wp:extent cx="1890920" cy="612648"/>
                <wp:effectExtent l="57150" t="38100" r="71755" b="92710"/>
                <wp:wrapNone/>
                <wp:docPr id="166781325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0920" cy="612648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A33229" w14:textId="77777777" w:rsidR="00F025E6" w:rsidRPr="00F025E6" w:rsidRDefault="00F025E6" w:rsidP="00F025E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เสนอเรื่องต่อ</w:t>
                            </w:r>
                          </w:p>
                          <w:p w14:paraId="66C833E5" w14:textId="77777777" w:rsidR="00F025E6" w:rsidRPr="00F025E6" w:rsidRDefault="00F025E6" w:rsidP="00F025E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ผู้บริหาร</w:t>
                            </w:r>
                          </w:p>
                          <w:p w14:paraId="65AD67E8" w14:textId="77777777" w:rsidR="00F025E6" w:rsidRDefault="00F025E6" w:rsidP="00F025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A51922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แผนผังลำดับงาน: การเตรียมการ 9" o:spid="_x0000_s1035" type="#_x0000_t117" style="position:absolute;left:0;text-align:left;margin-left:175.1pt;margin-top:12.15pt;width:148.9pt;height:48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43A33229" w14:textId="77777777" w:rsidR="00F025E6" w:rsidRPr="00F025E6" w:rsidRDefault="00F025E6" w:rsidP="00F025E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เสนอเรื่องต่อ</w:t>
                      </w:r>
                    </w:p>
                    <w:p w14:paraId="66C833E5" w14:textId="77777777" w:rsidR="00F025E6" w:rsidRPr="00F025E6" w:rsidRDefault="00F025E6" w:rsidP="00F025E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ผู้บริหาร</w:t>
                      </w:r>
                    </w:p>
                    <w:p w14:paraId="65AD67E8" w14:textId="77777777" w:rsidR="00F025E6" w:rsidRDefault="00F025E6" w:rsidP="00F025E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ABF7610" w14:textId="2A29F1A3" w:rsidR="00240BF3" w:rsidRDefault="003200C9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77E879A" wp14:editId="4E898142">
                <wp:simplePos x="0" y="0"/>
                <wp:positionH relativeFrom="column">
                  <wp:posOffset>3103502</wp:posOffset>
                </wp:positionH>
                <wp:positionV relativeFrom="paragraph">
                  <wp:posOffset>383008</wp:posOffset>
                </wp:positionV>
                <wp:extent cx="85725" cy="161925"/>
                <wp:effectExtent l="57150" t="19050" r="66675" b="104775"/>
                <wp:wrapNone/>
                <wp:docPr id="1025465986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D6ED09" w14:textId="77777777" w:rsidR="00240BF3" w:rsidRDefault="00240BF3" w:rsidP="00240BF3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E879A" id="_x0000_s1036" type="#_x0000_t67" style="position:absolute;left:0;text-align:left;margin-left:244.35pt;margin-top:30.15pt;width:6.75pt;height:1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4D6ED09" w14:textId="77777777" w:rsidR="00240BF3" w:rsidRDefault="00240BF3" w:rsidP="00240BF3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F025E6"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7BF83A" wp14:editId="780F65EB">
                <wp:simplePos x="0" y="0"/>
                <wp:positionH relativeFrom="column">
                  <wp:posOffset>4348204</wp:posOffset>
                </wp:positionH>
                <wp:positionV relativeFrom="paragraph">
                  <wp:posOffset>27167</wp:posOffset>
                </wp:positionV>
                <wp:extent cx="1906822" cy="362612"/>
                <wp:effectExtent l="57150" t="19050" r="74930" b="94615"/>
                <wp:wrapNone/>
                <wp:docPr id="1496426804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2055AB" w14:textId="52E972B8" w:rsidR="00F025E6" w:rsidRPr="009E1D6D" w:rsidRDefault="00F025E6" w:rsidP="00F025E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ascii="TH SarabunPSK" w:hAnsi="TH SarabunPSK" w:cs="TH SarabunPSK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9E1D6D">
                              <w:rPr>
                                <w:rFonts w:ascii="TH SarabunPSK" w:hAnsi="TH SarabunPSK" w:cs="TH SarabunPSK"/>
                                <w:lang w:bidi="th-TH"/>
                              </w:rPr>
                              <w:t>10</w:t>
                            </w:r>
                            <w:r w:rsidRPr="009E1D6D">
                              <w:rPr>
                                <w:rFonts w:ascii="TH SarabunPSK" w:hAnsi="TH SarabunPSK" w:cs="TH SarabunPSK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7BF83A" id="_x0000_s1037" style="position:absolute;left:0;text-align:left;margin-left:342.4pt;margin-top:2.15pt;width:150.15pt;height:28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C2055AB" w14:textId="52E972B8" w:rsidR="00F025E6" w:rsidRPr="009E1D6D" w:rsidRDefault="00F025E6" w:rsidP="00F025E6">
                      <w:pPr>
                        <w:jc w:val="center"/>
                        <w:rPr>
                          <w:rFonts w:ascii="TH SarabunPSK" w:hAnsi="TH SarabunPSK" w:cs="TH SarabunPSK"/>
                          <w:cs/>
                          <w:lang w:bidi="th-TH"/>
                        </w:rPr>
                      </w:pPr>
                      <w:r w:rsidRPr="009E1D6D">
                        <w:rPr>
                          <w:rFonts w:ascii="TH SarabunPSK" w:hAnsi="TH SarabunPSK" w:cs="TH SarabunPSK"/>
                          <w:cs/>
                          <w:lang w:bidi="th-TH"/>
                        </w:rPr>
                        <w:t xml:space="preserve">ภายใน </w:t>
                      </w:r>
                      <w:r w:rsidRPr="009E1D6D">
                        <w:rPr>
                          <w:rFonts w:ascii="TH SarabunPSK" w:hAnsi="TH SarabunPSK" w:cs="TH SarabunPSK"/>
                          <w:lang w:bidi="th-TH"/>
                        </w:rPr>
                        <w:t>10</w:t>
                      </w:r>
                      <w:r w:rsidRPr="009E1D6D">
                        <w:rPr>
                          <w:rFonts w:ascii="TH SarabunPSK" w:hAnsi="TH SarabunPSK" w:cs="TH SarabunPSK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</w:p>
    <w:p w14:paraId="591E3320" w14:textId="2B3AC93B" w:rsidR="00240BF3" w:rsidRDefault="00240BF3">
      <w:pPr>
        <w:jc w:val="center"/>
        <w:rPr>
          <w:b/>
          <w:szCs w:val="32"/>
          <w:lang w:bidi="th-TH"/>
        </w:rPr>
      </w:pPr>
      <w:r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58E75E" wp14:editId="6F74569F">
                <wp:simplePos x="0" y="0"/>
                <wp:positionH relativeFrom="column">
                  <wp:posOffset>2039375</wp:posOffset>
                </wp:positionH>
                <wp:positionV relativeFrom="paragraph">
                  <wp:posOffset>188759</wp:posOffset>
                </wp:positionV>
                <wp:extent cx="2288236" cy="776081"/>
                <wp:effectExtent l="57150" t="38100" r="36195" b="100330"/>
                <wp:wrapNone/>
                <wp:docPr id="794566106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8236" cy="776081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0D4560" w14:textId="7D423C56" w:rsidR="00F025E6" w:rsidRPr="00F025E6" w:rsidRDefault="00F025E6" w:rsidP="00F025E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ผู้บริหารพิจารณา</w:t>
                            </w:r>
                          </w:p>
                          <w:p w14:paraId="033E8E2B" w14:textId="77777777" w:rsidR="00F025E6" w:rsidRDefault="00F025E6" w:rsidP="00F025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8E75E" id="_x0000_s1038" type="#_x0000_t110" style="position:absolute;left:0;text-align:left;margin-left:160.6pt;margin-top:14.85pt;width:180.2pt;height:61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370D4560" w14:textId="7D423C56" w:rsidR="00F025E6" w:rsidRPr="00F025E6" w:rsidRDefault="00F025E6" w:rsidP="00F025E6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ผู้บริหารพิจารณา</w:t>
                      </w:r>
                    </w:p>
                    <w:p w14:paraId="033E8E2B" w14:textId="77777777" w:rsidR="00F025E6" w:rsidRDefault="00F025E6" w:rsidP="00F025E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FE70876" w14:textId="4982915E" w:rsidR="00240BF3" w:rsidRDefault="00F025E6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DE22B76" wp14:editId="7969DC10">
                <wp:simplePos x="0" y="0"/>
                <wp:positionH relativeFrom="column">
                  <wp:posOffset>4347624</wp:posOffset>
                </wp:positionH>
                <wp:positionV relativeFrom="paragraph">
                  <wp:posOffset>193178</wp:posOffset>
                </wp:positionV>
                <wp:extent cx="1906822" cy="362612"/>
                <wp:effectExtent l="57150" t="19050" r="74930" b="94615"/>
                <wp:wrapNone/>
                <wp:docPr id="1137663829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58BFB" w14:textId="1F5D2E8E" w:rsidR="00F025E6" w:rsidRPr="009E1D6D" w:rsidRDefault="00F025E6" w:rsidP="00F025E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9E1D6D"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  <w:t>30</w:t>
                            </w:r>
                            <w:r w:rsidRPr="009E1D6D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E22B76" id="_x0000_s1039" style="position:absolute;left:0;text-align:left;margin-left:342.35pt;margin-top:15.2pt;width:150.15pt;height:28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8C58BFB" w14:textId="1F5D2E8E" w:rsidR="00F025E6" w:rsidRPr="009E1D6D" w:rsidRDefault="00F025E6" w:rsidP="00F025E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9E1D6D"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  <w:t>30</w:t>
                      </w:r>
                      <w:r w:rsidRPr="009E1D6D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</w:p>
    <w:p w14:paraId="563D7913" w14:textId="64E1B2FA" w:rsidR="00240BF3" w:rsidRDefault="00B678C3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E22FD67" wp14:editId="02CB62DE">
                <wp:simplePos x="0" y="0"/>
                <wp:positionH relativeFrom="page">
                  <wp:posOffset>2734433</wp:posOffset>
                </wp:positionH>
                <wp:positionV relativeFrom="paragraph">
                  <wp:posOffset>393208</wp:posOffset>
                </wp:positionV>
                <wp:extent cx="1731894" cy="982814"/>
                <wp:effectExtent l="57150" t="38100" r="78105" b="103505"/>
                <wp:wrapNone/>
                <wp:docPr id="1981643906" name="แผนผังลําดับงาน: กระบวนการสำรอ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894" cy="982814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47865" w14:textId="77777777" w:rsidR="00F025E6" w:rsidRPr="00F025E6" w:rsidRDefault="00F025E6" w:rsidP="00F025E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เจ้าหน้าที่ผู้ปฏิบัติ</w:t>
                            </w:r>
                          </w:p>
                          <w:p w14:paraId="172BA52B" w14:textId="77777777" w:rsidR="00F025E6" w:rsidRPr="00F025E6" w:rsidRDefault="00F025E6" w:rsidP="00F025E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ดำเนินการตามระบบงาน</w:t>
                            </w:r>
                          </w:p>
                          <w:p w14:paraId="006C1A5F" w14:textId="77777777" w:rsidR="00F025E6" w:rsidRPr="00F025E6" w:rsidRDefault="00F025E6" w:rsidP="00F025E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สารบรรณ</w:t>
                            </w:r>
                          </w:p>
                          <w:p w14:paraId="670240FB" w14:textId="77777777" w:rsidR="00F025E6" w:rsidRDefault="00F025E6" w:rsidP="00F025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2FD67" id="แผนผังลําดับงาน: กระบวนการสำรอง 10" o:spid="_x0000_s1040" type="#_x0000_t176" style="position:absolute;left:0;text-align:left;margin-left:215.3pt;margin-top:30.95pt;width:136.35pt;height:77.4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49247865" w14:textId="77777777" w:rsidR="00F025E6" w:rsidRPr="00F025E6" w:rsidRDefault="00F025E6" w:rsidP="00F025E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เจ้าหน้าที่ผู้ปฏิบัติ</w:t>
                      </w:r>
                    </w:p>
                    <w:p w14:paraId="172BA52B" w14:textId="77777777" w:rsidR="00F025E6" w:rsidRPr="00F025E6" w:rsidRDefault="00F025E6" w:rsidP="00F025E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ดำเนินการตามระบบงาน</w:t>
                      </w:r>
                    </w:p>
                    <w:p w14:paraId="006C1A5F" w14:textId="77777777" w:rsidR="00F025E6" w:rsidRPr="00F025E6" w:rsidRDefault="00F025E6" w:rsidP="00F025E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สารบรรณ</w:t>
                      </w:r>
                    </w:p>
                    <w:p w14:paraId="670240FB" w14:textId="77777777" w:rsidR="00F025E6" w:rsidRDefault="00F025E6" w:rsidP="00F025E6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E4B6078" wp14:editId="79E4F48D">
                <wp:simplePos x="0" y="0"/>
                <wp:positionH relativeFrom="column">
                  <wp:posOffset>3077230</wp:posOffset>
                </wp:positionH>
                <wp:positionV relativeFrom="paragraph">
                  <wp:posOffset>145784</wp:posOffset>
                </wp:positionV>
                <wp:extent cx="85725" cy="161925"/>
                <wp:effectExtent l="57150" t="19050" r="66675" b="104775"/>
                <wp:wrapNone/>
                <wp:docPr id="1972389310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9D8BEC" w14:textId="77777777" w:rsidR="00240BF3" w:rsidRDefault="00240BF3" w:rsidP="00240BF3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B6078" id="_x0000_s1041" type="#_x0000_t67" style="position:absolute;left:0;text-align:left;margin-left:242.3pt;margin-top:11.5pt;width:6.75pt;height:12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79D8BEC" w14:textId="77777777" w:rsidR="00240BF3" w:rsidRDefault="00240BF3" w:rsidP="00240BF3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67E971CB" w14:textId="1B1E4D62" w:rsidR="00240BF3" w:rsidRDefault="00F025E6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620EB8B" wp14:editId="51CE0E3C">
                <wp:simplePos x="0" y="0"/>
                <wp:positionH relativeFrom="column">
                  <wp:posOffset>4419241</wp:posOffset>
                </wp:positionH>
                <wp:positionV relativeFrom="paragraph">
                  <wp:posOffset>274155</wp:posOffset>
                </wp:positionV>
                <wp:extent cx="1906822" cy="362612"/>
                <wp:effectExtent l="57150" t="19050" r="74930" b="94615"/>
                <wp:wrapNone/>
                <wp:docPr id="283852719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FE952" w14:textId="77777777" w:rsidR="00F025E6" w:rsidRPr="009E1D6D" w:rsidRDefault="00F025E6" w:rsidP="00F025E6">
                            <w:pPr>
                              <w:jc w:val="center"/>
                              <w:rPr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9E1D6D">
                              <w:rPr>
                                <w:szCs w:val="32"/>
                                <w:lang w:bidi="th-TH"/>
                              </w:rPr>
                              <w:t>5</w:t>
                            </w: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0EB8B" id="_x0000_s1042" style="position:absolute;left:0;text-align:left;margin-left:347.95pt;margin-top:21.6pt;width:150.15pt;height:28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EEFE952" w14:textId="77777777" w:rsidR="00F025E6" w:rsidRPr="009E1D6D" w:rsidRDefault="00F025E6" w:rsidP="00F025E6">
                      <w:pPr>
                        <w:jc w:val="center"/>
                        <w:rPr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9E1D6D">
                        <w:rPr>
                          <w:szCs w:val="32"/>
                          <w:lang w:bidi="th-TH"/>
                        </w:rPr>
                        <w:t>5</w:t>
                      </w: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</w:p>
    <w:p w14:paraId="22373AD0" w14:textId="24FA0E73" w:rsidR="00240BF3" w:rsidRDefault="00240BF3">
      <w:pPr>
        <w:jc w:val="center"/>
        <w:rPr>
          <w:b/>
          <w:szCs w:val="32"/>
          <w:lang w:bidi="th-TH"/>
        </w:rPr>
      </w:pPr>
    </w:p>
    <w:p w14:paraId="26999666" w14:textId="28091F08" w:rsidR="00240BF3" w:rsidRDefault="00F025E6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99B3D9" wp14:editId="67BEA8A4">
                <wp:simplePos x="0" y="0"/>
                <wp:positionH relativeFrom="column">
                  <wp:posOffset>3011805</wp:posOffset>
                </wp:positionH>
                <wp:positionV relativeFrom="paragraph">
                  <wp:posOffset>103935</wp:posOffset>
                </wp:positionV>
                <wp:extent cx="75586" cy="172679"/>
                <wp:effectExtent l="57150" t="19050" r="57785" b="94615"/>
                <wp:wrapNone/>
                <wp:docPr id="1610385717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86" cy="172679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781D84" w14:textId="77777777" w:rsidR="00240BF3" w:rsidRDefault="00240BF3" w:rsidP="00240BF3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9B3D9" id="_x0000_s1043" type="#_x0000_t67" style="position:absolute;left:0;text-align:left;margin-left:237.15pt;margin-top:8.2pt;width:5.95pt;height:13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" adj="16873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0781D84" w14:textId="77777777" w:rsidR="00240BF3" w:rsidRDefault="00240BF3" w:rsidP="00240BF3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878BEB" wp14:editId="645D8E7E">
                <wp:simplePos x="0" y="0"/>
                <wp:positionH relativeFrom="column">
                  <wp:posOffset>2343150</wp:posOffset>
                </wp:positionH>
                <wp:positionV relativeFrom="paragraph">
                  <wp:posOffset>363772</wp:posOffset>
                </wp:positionV>
                <wp:extent cx="1517208" cy="529590"/>
                <wp:effectExtent l="57150" t="38100" r="83185" b="99060"/>
                <wp:wrapNone/>
                <wp:docPr id="247829845" name="แผนผังลําดับงาน: กระบวนการสำรอ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208" cy="5295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4B4D5" w14:textId="77777777" w:rsidR="00F025E6" w:rsidRPr="00F025E6" w:rsidRDefault="00F025E6" w:rsidP="00F025E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จัดส่งหนังสือแจ้งผู้รับ</w:t>
                            </w:r>
                          </w:p>
                          <w:p w14:paraId="6826191C" w14:textId="77777777" w:rsidR="00F025E6" w:rsidRDefault="00F025E6" w:rsidP="00F025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78BEB" id="_x0000_s1044" type="#_x0000_t176" style="position:absolute;left:0;text-align:left;margin-left:184.5pt;margin-top:28.65pt;width:119.45pt;height:41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684B4D5" w14:textId="77777777" w:rsidR="00F025E6" w:rsidRPr="00F025E6" w:rsidRDefault="00F025E6" w:rsidP="00F025E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จัดส่งหนังสือแจ้งผู้รับ</w:t>
                      </w:r>
                    </w:p>
                    <w:p w14:paraId="6826191C" w14:textId="77777777" w:rsidR="00F025E6" w:rsidRDefault="00F025E6" w:rsidP="00F025E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D144A49" wp14:editId="433A11DB">
                <wp:simplePos x="0" y="0"/>
                <wp:positionH relativeFrom="column">
                  <wp:posOffset>4339783</wp:posOffset>
                </wp:positionH>
                <wp:positionV relativeFrom="paragraph">
                  <wp:posOffset>333099</wp:posOffset>
                </wp:positionV>
                <wp:extent cx="1906822" cy="362612"/>
                <wp:effectExtent l="57150" t="19050" r="74930" b="94615"/>
                <wp:wrapNone/>
                <wp:docPr id="1931519039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480978" w14:textId="3DA859A1" w:rsidR="00F025E6" w:rsidRPr="009E1D6D" w:rsidRDefault="00F025E6" w:rsidP="00F025E6">
                            <w:pPr>
                              <w:jc w:val="center"/>
                              <w:rPr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9E1D6D">
                              <w:rPr>
                                <w:szCs w:val="32"/>
                                <w:lang w:bidi="th-TH"/>
                              </w:rPr>
                              <w:t>1</w:t>
                            </w: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4A49" id="_x0000_s1045" style="position:absolute;left:0;text-align:left;margin-left:341.7pt;margin-top:26.25pt;width:150.15pt;height:28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7480978" w14:textId="3DA859A1" w:rsidR="00F025E6" w:rsidRPr="009E1D6D" w:rsidRDefault="00F025E6" w:rsidP="00F025E6">
                      <w:pPr>
                        <w:jc w:val="center"/>
                        <w:rPr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9E1D6D">
                        <w:rPr>
                          <w:szCs w:val="32"/>
                          <w:lang w:bidi="th-TH"/>
                        </w:rPr>
                        <w:t>1</w:t>
                      </w: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</w:p>
    <w:p w14:paraId="3DBCC362" w14:textId="32278D86" w:rsidR="00240BF3" w:rsidRDefault="00240BF3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C3D42D" wp14:editId="6FBC10AF">
                <wp:simplePos x="0" y="0"/>
                <wp:positionH relativeFrom="margin">
                  <wp:align>left</wp:align>
                </wp:positionH>
                <wp:positionV relativeFrom="paragraph">
                  <wp:posOffset>371005</wp:posOffset>
                </wp:positionV>
                <wp:extent cx="1811407" cy="418272"/>
                <wp:effectExtent l="57150" t="19050" r="74930" b="96520"/>
                <wp:wrapNone/>
                <wp:docPr id="324337448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407" cy="41827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C3A0DB" w14:textId="77777777" w:rsidR="00F025E6" w:rsidRPr="00F025E6" w:rsidRDefault="00F025E6" w:rsidP="00F025E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จุดบริการ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ขั้นตอนปฏิบัติ</w:t>
                            </w:r>
                          </w:p>
                          <w:p w14:paraId="5969980C" w14:textId="77777777" w:rsidR="00F025E6" w:rsidRDefault="00F025E6" w:rsidP="00F025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C3D42D" id="สี่เหลี่ยมผืนผ้า 11" o:spid="_x0000_s1046" style="position:absolute;left:0;text-align:left;margin-left:0;margin-top:29.2pt;width:142.65pt;height:32.9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CC3A0DB" w14:textId="77777777" w:rsidR="00F025E6" w:rsidRPr="00F025E6" w:rsidRDefault="00F025E6" w:rsidP="00F025E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 xml:space="preserve">จุดบริการ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ขั้นตอนปฏิบัติ</w:t>
                      </w:r>
                    </w:p>
                    <w:p w14:paraId="5969980C" w14:textId="77777777" w:rsidR="00F025E6" w:rsidRDefault="00F025E6" w:rsidP="00F025E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                      </w:t>
      </w:r>
    </w:p>
    <w:p w14:paraId="594DC700" w14:textId="26A8F304" w:rsidR="00240BF3" w:rsidRDefault="00240BF3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70EDA2" wp14:editId="669BCE71">
                <wp:simplePos x="0" y="0"/>
                <wp:positionH relativeFrom="column">
                  <wp:posOffset>4307122</wp:posOffset>
                </wp:positionH>
                <wp:positionV relativeFrom="paragraph">
                  <wp:posOffset>28796</wp:posOffset>
                </wp:positionV>
                <wp:extent cx="2065848" cy="752226"/>
                <wp:effectExtent l="57150" t="19050" r="67945" b="86360"/>
                <wp:wrapNone/>
                <wp:docPr id="362048807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848" cy="752226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830D90" w14:textId="77777777" w:rsidR="00F025E6" w:rsidRPr="00F025E6" w:rsidRDefault="00F025E6" w:rsidP="00F025E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ผู้รับผิดชอบการให้บริการ</w:t>
                            </w:r>
                          </w:p>
                          <w:p w14:paraId="5FABFAF1" w14:textId="77777777" w:rsidR="00F025E6" w:rsidRPr="00F025E6" w:rsidRDefault="00F025E6" w:rsidP="00F025E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กลุ่มอำนวยการ</w:t>
                            </w:r>
                          </w:p>
                          <w:p w14:paraId="63C6E124" w14:textId="77777777" w:rsidR="00F025E6" w:rsidRPr="00F025E6" w:rsidRDefault="00F025E6" w:rsidP="00F025E6">
                            <w:pPr>
                              <w:jc w:val="center"/>
                              <w:rPr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โทร </w:t>
                            </w:r>
                            <w:r w:rsidRPr="00F025E6">
                              <w:rPr>
                                <w:b/>
                                <w:szCs w:val="32"/>
                                <w:lang w:bidi="th-TH"/>
                              </w:rPr>
                              <w:t>02 866 2830</w:t>
                            </w:r>
                          </w:p>
                          <w:p w14:paraId="507025D1" w14:textId="77777777" w:rsidR="00F025E6" w:rsidRDefault="00F025E6" w:rsidP="00F025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0EDA2" id="_x0000_s1047" style="position:absolute;left:0;text-align:left;margin-left:339.15pt;margin-top:2.25pt;width:162.65pt;height:5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5830D90" w14:textId="77777777" w:rsidR="00F025E6" w:rsidRPr="00F025E6" w:rsidRDefault="00F025E6" w:rsidP="00F025E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ผู้รับผิดชอบการให้บริการ</w:t>
                      </w:r>
                    </w:p>
                    <w:p w14:paraId="5FABFAF1" w14:textId="77777777" w:rsidR="00F025E6" w:rsidRPr="00F025E6" w:rsidRDefault="00F025E6" w:rsidP="00F025E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กลุ่มอำนวยการ</w:t>
                      </w:r>
                    </w:p>
                    <w:p w14:paraId="63C6E124" w14:textId="77777777" w:rsidR="00F025E6" w:rsidRPr="00F025E6" w:rsidRDefault="00F025E6" w:rsidP="00F025E6">
                      <w:pPr>
                        <w:jc w:val="center"/>
                        <w:rPr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b/>
                          <w:szCs w:val="32"/>
                          <w:cs/>
                          <w:lang w:bidi="th-TH"/>
                        </w:rPr>
                        <w:t xml:space="preserve">โทร </w:t>
                      </w:r>
                      <w:r w:rsidRPr="00F025E6">
                        <w:rPr>
                          <w:b/>
                          <w:szCs w:val="32"/>
                          <w:lang w:bidi="th-TH"/>
                        </w:rPr>
                        <w:t>02 866 2830</w:t>
                      </w:r>
                    </w:p>
                    <w:p w14:paraId="507025D1" w14:textId="77777777" w:rsidR="00F025E6" w:rsidRDefault="00F025E6" w:rsidP="00F025E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BB1A899" w14:textId="0BD9BA38" w:rsidR="00240BF3" w:rsidRPr="00240BF3" w:rsidRDefault="00240BF3" w:rsidP="00240BF3">
      <w:pPr>
        <w:spacing w:after="0"/>
        <w:rPr>
          <w:rFonts w:ascii="TH SarabunPSK" w:hAnsi="TH SarabunPSK" w:cs="TH SarabunPSK"/>
          <w:szCs w:val="32"/>
          <w:lang w:bidi="th-TH"/>
        </w:rPr>
      </w:pPr>
      <w:proofErr w:type="spellStart"/>
      <w:proofErr w:type="gramStart"/>
      <w:r w:rsidRPr="00240BF3">
        <w:rPr>
          <w:rFonts w:ascii="TH SarabunPSK" w:hAnsi="TH SarabunPSK" w:cs="TH SarabunPSK"/>
          <w:szCs w:val="32"/>
        </w:rPr>
        <w:t>หมายเหตุ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:</w:t>
      </w:r>
      <w:proofErr w:type="gramEnd"/>
      <w:r w:rsidRPr="00240BF3">
        <w:rPr>
          <w:rFonts w:ascii="TH SarabunPSK" w:hAnsi="TH SarabunPSK" w:cs="TH SarabunPSK"/>
          <w:szCs w:val="32"/>
        </w:rPr>
        <w:t xml:space="preserve"> </w:t>
      </w:r>
      <w:proofErr w:type="spellStart"/>
      <w:r w:rsidRPr="00240BF3">
        <w:rPr>
          <w:rFonts w:ascii="TH SarabunPSK" w:hAnsi="TH SarabunPSK" w:cs="TH SarabunPSK"/>
          <w:szCs w:val="32"/>
        </w:rPr>
        <w:t>ไม่มีค่าธรรมเนียม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/ </w:t>
      </w:r>
      <w:r w:rsidRPr="00240BF3">
        <w:rPr>
          <w:rFonts w:ascii="TH SarabunPSK" w:hAnsi="TH SarabunPSK" w:cs="TH SarabunPSK"/>
          <w:szCs w:val="32"/>
          <w:cs/>
          <w:lang w:bidi="th-TH"/>
        </w:rPr>
        <w:t>ไม่ม</w:t>
      </w:r>
      <w:r>
        <w:rPr>
          <w:rFonts w:ascii="TH SarabunPSK" w:hAnsi="TH SarabunPSK" w:cs="TH SarabunPSK" w:hint="cs"/>
          <w:szCs w:val="32"/>
          <w:cs/>
          <w:lang w:bidi="th-TH"/>
        </w:rPr>
        <w:t>ี</w:t>
      </w:r>
      <w:r w:rsidRPr="00240BF3">
        <w:rPr>
          <w:rFonts w:ascii="TH SarabunPSK" w:hAnsi="TH SarabunPSK" w:cs="TH SarabunPSK"/>
          <w:szCs w:val="32"/>
          <w:cs/>
          <w:lang w:bidi="th-TH"/>
        </w:rPr>
        <w:t>รายการ</w:t>
      </w:r>
      <w:proofErr w:type="spellStart"/>
      <w:r w:rsidRPr="00240BF3">
        <w:rPr>
          <w:rFonts w:ascii="TH SarabunPSK" w:hAnsi="TH SarabunPSK" w:cs="TH SarabunPSK"/>
          <w:szCs w:val="32"/>
        </w:rPr>
        <w:t>เอกสาร</w:t>
      </w:r>
      <w:proofErr w:type="spellEnd"/>
    </w:p>
    <w:p w14:paraId="4CCBA6C7" w14:textId="63E678B5" w:rsidR="00240BF3" w:rsidRPr="00240BF3" w:rsidRDefault="00240BF3" w:rsidP="00240BF3">
      <w:pPr>
        <w:spacing w:after="0"/>
        <w:rPr>
          <w:rFonts w:ascii="TH SarabunPSK" w:hAnsi="TH SarabunPSK" w:cs="TH SarabunPSK"/>
          <w:szCs w:val="32"/>
        </w:rPr>
      </w:pPr>
      <w:proofErr w:type="spellStart"/>
      <w:r w:rsidRPr="00240BF3">
        <w:rPr>
          <w:rFonts w:ascii="TH SarabunPSK" w:hAnsi="TH SarabunPSK" w:cs="TH SarabunPSK"/>
          <w:szCs w:val="32"/>
        </w:rPr>
        <w:t>หลักฐานประกอบการยื่นคำขอให้เป็นไปตามประเภทของงานบริการ</w:t>
      </w:r>
      <w:proofErr w:type="spellEnd"/>
    </w:p>
    <w:p w14:paraId="650A070B" w14:textId="00F67EB5" w:rsidR="00F025E6" w:rsidRDefault="00043465" w:rsidP="00F025E6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B6798B5" wp14:editId="16CD5734">
                <wp:simplePos x="0" y="0"/>
                <wp:positionH relativeFrom="margin">
                  <wp:align>center</wp:align>
                </wp:positionH>
                <wp:positionV relativeFrom="paragraph">
                  <wp:posOffset>42903</wp:posOffset>
                </wp:positionV>
                <wp:extent cx="3918502" cy="450077"/>
                <wp:effectExtent l="76200" t="57150" r="82550" b="102870"/>
                <wp:wrapNone/>
                <wp:docPr id="1342512955" name="แผนผังลําดับงาน: กระบวนการสำรอ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502" cy="450077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1A6DD" w14:textId="77777777" w:rsidR="00043465" w:rsidRPr="00240BF3" w:rsidRDefault="00043465" w:rsidP="00043465">
                            <w:pPr>
                              <w:jc w:val="center"/>
                              <w:rPr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b/>
                                <w:szCs w:val="32"/>
                                <w:cs/>
                                <w:lang w:bidi="th-TH"/>
                              </w:rPr>
                              <w:t>ขั้นตอนการให้บริการขอหนังสือรับรองสวัสดิการ</w:t>
                            </w:r>
                          </w:p>
                          <w:p w14:paraId="7FE6949F" w14:textId="0B14EE2B" w:rsidR="00043465" w:rsidRPr="00355C00" w:rsidRDefault="00043465" w:rsidP="0004346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798B5" id="_x0000_s1048" type="#_x0000_t176" style="position:absolute;left:0;text-align:left;margin-left:0;margin-top:3.4pt;width:308.55pt;height:35.45pt;z-index:251726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" fillcolor="#4f81bd [3204]" strokecolor="white [3201]" strokeweight="3pt">
                <v:shadow on="t" color="black" opacity="24903f" origin=",.5" offset="0,.55556mm"/>
                <v:textbox>
                  <w:txbxContent>
                    <w:p w14:paraId="3D01A6DD" w14:textId="77777777" w:rsidR="00043465" w:rsidRPr="00240BF3" w:rsidRDefault="00043465" w:rsidP="00043465">
                      <w:pPr>
                        <w:jc w:val="center"/>
                        <w:rPr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b/>
                          <w:szCs w:val="32"/>
                          <w:cs/>
                          <w:lang w:bidi="th-TH"/>
                        </w:rPr>
                        <w:t>ขั้นตอนการให้บริการขอหนังสือรับรองสวัสดิการ</w:t>
                      </w:r>
                    </w:p>
                    <w:p w14:paraId="7FE6949F" w14:textId="0B14EE2B" w:rsidR="00043465" w:rsidRPr="00355C00" w:rsidRDefault="00043465" w:rsidP="00043465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lang w:bidi="th-TH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CE5976" w14:textId="77777777" w:rsidR="00355C00" w:rsidRPr="00355C00" w:rsidRDefault="00355C00" w:rsidP="00355C00">
      <w:pPr>
        <w:jc w:val="center"/>
        <w:rPr>
          <w:b/>
          <w:szCs w:val="32"/>
          <w:lang w:bidi="th-TH"/>
        </w:rPr>
      </w:pPr>
      <w:r w:rsidRPr="00355C00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7A2CCF3" wp14:editId="1B9D7639">
                <wp:simplePos x="0" y="0"/>
                <wp:positionH relativeFrom="column">
                  <wp:posOffset>3151974</wp:posOffset>
                </wp:positionH>
                <wp:positionV relativeFrom="paragraph">
                  <wp:posOffset>194614</wp:posOffset>
                </wp:positionV>
                <wp:extent cx="85725" cy="161925"/>
                <wp:effectExtent l="57150" t="19050" r="66675" b="104775"/>
                <wp:wrapNone/>
                <wp:docPr id="1588874340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979C0" id="ลูกศร: ลง 5" o:spid="_x0000_s1026" type="#_x0000_t67" style="position:absolute;margin-left:248.2pt;margin-top:15.3pt;width:6.75pt;height:1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054ABD31" w14:textId="7A93ADBA" w:rsidR="00355C00" w:rsidRDefault="00492D86" w:rsidP="00355C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518A79" wp14:editId="4186DEC6">
                <wp:simplePos x="0" y="0"/>
                <wp:positionH relativeFrom="column">
                  <wp:posOffset>4814896</wp:posOffset>
                </wp:positionH>
                <wp:positionV relativeFrom="paragraph">
                  <wp:posOffset>203835</wp:posOffset>
                </wp:positionV>
                <wp:extent cx="1906822" cy="362612"/>
                <wp:effectExtent l="57150" t="19050" r="74930" b="94615"/>
                <wp:wrapNone/>
                <wp:docPr id="1892430825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370771" w14:textId="77777777" w:rsidR="00355C00" w:rsidRPr="00F025E6" w:rsidRDefault="00355C00" w:rsidP="00355C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  <w:t>5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18A79" id="_x0000_s1049" style="position:absolute;left:0;text-align:left;margin-left:379.15pt;margin-top:16.05pt;width:150.15pt;height:28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A370771" w14:textId="77777777" w:rsidR="00355C00" w:rsidRPr="00F025E6" w:rsidRDefault="00355C00" w:rsidP="00355C0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  <w:t>5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  <w:r w:rsidR="00BC3943"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2CD2A6C" wp14:editId="54985E63">
                <wp:simplePos x="0" y="0"/>
                <wp:positionH relativeFrom="column">
                  <wp:posOffset>1848678</wp:posOffset>
                </wp:positionH>
                <wp:positionV relativeFrom="paragraph">
                  <wp:posOffset>24517</wp:posOffset>
                </wp:positionV>
                <wp:extent cx="2480531" cy="1019423"/>
                <wp:effectExtent l="57150" t="38100" r="72390" b="104775"/>
                <wp:wrapNone/>
                <wp:docPr id="159814523" name="แผนผังลําดับงาน: กระบวนการสำรอ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0531" cy="1019423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BF2E89" w14:textId="6F9CEAFA" w:rsidR="007927E8" w:rsidRPr="00043465" w:rsidRDefault="007927E8" w:rsidP="00BC394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043465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สถานศึกษาจัดส่งคำขอตามแบบฟอร์มและกรอกข้อมูลให้ครบถ้วน</w:t>
                            </w:r>
                          </w:p>
                          <w:p w14:paraId="500D4D75" w14:textId="4AFD3AB8" w:rsidR="00355C00" w:rsidRPr="00355C00" w:rsidRDefault="00355C00" w:rsidP="00355C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D2A6C" id="_x0000_s1050" type="#_x0000_t176" style="position:absolute;left:0;text-align:left;margin-left:145.55pt;margin-top:1.95pt;width:195.3pt;height:8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3BF2E89" w14:textId="6F9CEAFA" w:rsidR="007927E8" w:rsidRPr="00043465" w:rsidRDefault="007927E8" w:rsidP="00BC3943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043465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สถานศึกษาจัดส่งคำขอตามแบบฟอร์มและกรอกข้อมูลให้ครบถ้วน</w:t>
                      </w:r>
                    </w:p>
                    <w:p w14:paraId="500D4D75" w14:textId="4AFD3AB8" w:rsidR="00355C00" w:rsidRPr="00355C00" w:rsidRDefault="00355C00" w:rsidP="00355C0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48B28E" w14:textId="6B3F9F1B" w:rsidR="00355C00" w:rsidRDefault="00355C00" w:rsidP="00355C00">
      <w:pPr>
        <w:jc w:val="center"/>
        <w:rPr>
          <w:b/>
          <w:szCs w:val="32"/>
          <w:lang w:bidi="th-TH"/>
        </w:rPr>
      </w:pPr>
      <w:r>
        <w:rPr>
          <w:rFonts w:hint="cs"/>
          <w:b/>
          <w:szCs w:val="32"/>
          <w:cs/>
          <w:lang w:bidi="th-TH"/>
        </w:rPr>
        <w:t xml:space="preserve">  </w:t>
      </w:r>
    </w:p>
    <w:p w14:paraId="42F6BC70" w14:textId="02C7C32D" w:rsidR="00355C00" w:rsidRDefault="00970F2E" w:rsidP="00355C00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101F801" wp14:editId="07833934">
                <wp:simplePos x="0" y="0"/>
                <wp:positionH relativeFrom="column">
                  <wp:posOffset>3200154</wp:posOffset>
                </wp:positionH>
                <wp:positionV relativeFrom="paragraph">
                  <wp:posOffset>144124</wp:posOffset>
                </wp:positionV>
                <wp:extent cx="85725" cy="161925"/>
                <wp:effectExtent l="57150" t="19050" r="66675" b="104775"/>
                <wp:wrapNone/>
                <wp:docPr id="676104470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615C65" w14:textId="77777777" w:rsidR="00355C00" w:rsidRDefault="00355C00" w:rsidP="00355C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1F801" id="_x0000_s1051" type="#_x0000_t67" style="position:absolute;left:0;text-align:left;margin-left:252pt;margin-top:11.35pt;width:6.75pt;height:1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9615C65" w14:textId="77777777" w:rsidR="00355C00" w:rsidRDefault="00355C00" w:rsidP="00355C00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927E8"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5BCEFED" wp14:editId="4D3AAE04">
                <wp:simplePos x="0" y="0"/>
                <wp:positionH relativeFrom="column">
                  <wp:posOffset>1746360</wp:posOffset>
                </wp:positionH>
                <wp:positionV relativeFrom="paragraph">
                  <wp:posOffset>309190</wp:posOffset>
                </wp:positionV>
                <wp:extent cx="2964345" cy="860398"/>
                <wp:effectExtent l="57150" t="38100" r="7620" b="92710"/>
                <wp:wrapNone/>
                <wp:docPr id="1026585178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4345" cy="860398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C08F8" w14:textId="2C5A62AD" w:rsidR="00BC3943" w:rsidRPr="00043465" w:rsidRDefault="00BC3943" w:rsidP="00BC394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043465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ตรวจสอบ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ค</w:t>
                            </w:r>
                            <w:r w:rsidRPr="00043465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วามถูกต้อง</w:t>
                            </w:r>
                          </w:p>
                          <w:p w14:paraId="2066F601" w14:textId="02AC25B3" w:rsidR="00355C00" w:rsidRPr="00F025E6" w:rsidRDefault="00355C00" w:rsidP="00355C0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proofErr w:type="spellStart"/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าเรื่</w:t>
                            </w:r>
                            <w:proofErr w:type="spellEnd"/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อง</w:t>
                            </w:r>
                          </w:p>
                          <w:p w14:paraId="28F8488D" w14:textId="77777777" w:rsidR="00355C00" w:rsidRDefault="00355C00" w:rsidP="00355C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CEFED" id="_x0000_s1052" type="#_x0000_t110" style="position:absolute;left:0;text-align:left;margin-left:137.5pt;margin-top:24.35pt;width:233.4pt;height:67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3FC08F8" w14:textId="2C5A62AD" w:rsidR="00BC3943" w:rsidRPr="00043465" w:rsidRDefault="00BC3943" w:rsidP="00BC3943">
                      <w:pPr>
                        <w:spacing w:after="0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043465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ตรวจสอบ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ค</w:t>
                      </w:r>
                      <w:r w:rsidRPr="00043465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วามถูกต้อง</w:t>
                      </w:r>
                    </w:p>
                    <w:p w14:paraId="2066F601" w14:textId="02AC25B3" w:rsidR="00355C00" w:rsidRPr="00F025E6" w:rsidRDefault="00355C00" w:rsidP="00355C0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proofErr w:type="spellStart"/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าเรื่</w:t>
                      </w:r>
                      <w:proofErr w:type="spellEnd"/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อง</w:t>
                      </w:r>
                    </w:p>
                    <w:p w14:paraId="28F8488D" w14:textId="77777777" w:rsidR="00355C00" w:rsidRDefault="00355C00" w:rsidP="00355C0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55C00">
        <w:rPr>
          <w:rFonts w:hint="cs"/>
          <w:b/>
          <w:noProof/>
          <w:szCs w:val="32"/>
          <w:cs/>
          <w:lang w:bidi="th-TH"/>
        </w:rPr>
        <w:t xml:space="preserve">      </w:t>
      </w:r>
    </w:p>
    <w:p w14:paraId="0EA80023" w14:textId="7D92DF0E" w:rsidR="00355C00" w:rsidRDefault="007927E8" w:rsidP="00355C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4A22A85" wp14:editId="06A16171">
                <wp:simplePos x="0" y="0"/>
                <wp:positionH relativeFrom="column">
                  <wp:posOffset>4848963</wp:posOffset>
                </wp:positionH>
                <wp:positionV relativeFrom="paragraph">
                  <wp:posOffset>72304</wp:posOffset>
                </wp:positionV>
                <wp:extent cx="1906822" cy="362612"/>
                <wp:effectExtent l="57150" t="19050" r="74930" b="94615"/>
                <wp:wrapNone/>
                <wp:docPr id="1691150860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ED0183" w14:textId="77777777" w:rsidR="00355C00" w:rsidRPr="00F025E6" w:rsidRDefault="00355C00" w:rsidP="00355C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  <w:t>3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22A85" id="_x0000_s1053" style="position:absolute;left:0;text-align:left;margin-left:381.8pt;margin-top:5.7pt;width:150.15pt;height:28.5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5ED0183" w14:textId="77777777" w:rsidR="00355C00" w:rsidRPr="00F025E6" w:rsidRDefault="00355C00" w:rsidP="00355C0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  <w:t>3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  <w:r w:rsidR="00355C00">
        <w:rPr>
          <w:rFonts w:hint="cs"/>
          <w:b/>
          <w:szCs w:val="32"/>
          <w:cs/>
          <w:lang w:bidi="th-TH"/>
        </w:rPr>
        <w:t xml:space="preserve">                  </w:t>
      </w:r>
    </w:p>
    <w:p w14:paraId="5E1A0452" w14:textId="6B5102CE" w:rsidR="00355C00" w:rsidRDefault="00355C00" w:rsidP="00355C00">
      <w:pPr>
        <w:jc w:val="center"/>
        <w:rPr>
          <w:lang w:bidi="th-TH"/>
        </w:rPr>
      </w:pPr>
      <w:r>
        <w:rPr>
          <w:rFonts w:hint="cs"/>
          <w:cs/>
          <w:lang w:bidi="th-TH"/>
        </w:rPr>
        <w:t xml:space="preserve">  </w:t>
      </w:r>
    </w:p>
    <w:p w14:paraId="2724B42D" w14:textId="339F1650" w:rsidR="00355C00" w:rsidRDefault="00C0407D" w:rsidP="00355C00">
      <w:pPr>
        <w:jc w:val="center"/>
        <w:rPr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FEDCC5" wp14:editId="0CF015D2">
                <wp:simplePos x="0" y="0"/>
                <wp:positionH relativeFrom="margin">
                  <wp:align>right</wp:align>
                </wp:positionH>
                <wp:positionV relativeFrom="paragraph">
                  <wp:posOffset>360749</wp:posOffset>
                </wp:positionV>
                <wp:extent cx="1906270" cy="362585"/>
                <wp:effectExtent l="57150" t="19050" r="74930" b="94615"/>
                <wp:wrapNone/>
                <wp:docPr id="1501219664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270" cy="3625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4D97D0" w14:textId="77777777" w:rsidR="00355C00" w:rsidRPr="009E1D6D" w:rsidRDefault="00355C00" w:rsidP="00355C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ascii="TH SarabunPSK" w:hAnsi="TH SarabunPSK" w:cs="TH SarabunPSK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9E1D6D">
                              <w:rPr>
                                <w:rFonts w:ascii="TH SarabunPSK" w:hAnsi="TH SarabunPSK" w:cs="TH SarabunPSK"/>
                                <w:lang w:bidi="th-TH"/>
                              </w:rPr>
                              <w:t>10</w:t>
                            </w:r>
                            <w:r w:rsidRPr="009E1D6D">
                              <w:rPr>
                                <w:rFonts w:ascii="TH SarabunPSK" w:hAnsi="TH SarabunPSK" w:cs="TH SarabunPSK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EDCC5" id="_x0000_s1054" style="position:absolute;left:0;text-align:left;margin-left:98.9pt;margin-top:28.4pt;width:150.1pt;height:28.55pt;z-index:251721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44D97D0" w14:textId="77777777" w:rsidR="00355C00" w:rsidRPr="009E1D6D" w:rsidRDefault="00355C00" w:rsidP="00355C00">
                      <w:pPr>
                        <w:jc w:val="center"/>
                        <w:rPr>
                          <w:rFonts w:ascii="TH SarabunPSK" w:hAnsi="TH SarabunPSK" w:cs="TH SarabunPSK"/>
                          <w:cs/>
                          <w:lang w:bidi="th-TH"/>
                        </w:rPr>
                      </w:pPr>
                      <w:r w:rsidRPr="009E1D6D">
                        <w:rPr>
                          <w:rFonts w:ascii="TH SarabunPSK" w:hAnsi="TH SarabunPSK" w:cs="TH SarabunPSK"/>
                          <w:cs/>
                          <w:lang w:bidi="th-TH"/>
                        </w:rPr>
                        <w:t xml:space="preserve">ภายใน </w:t>
                      </w:r>
                      <w:r w:rsidRPr="009E1D6D">
                        <w:rPr>
                          <w:rFonts w:ascii="TH SarabunPSK" w:hAnsi="TH SarabunPSK" w:cs="TH SarabunPSK"/>
                          <w:lang w:bidi="th-TH"/>
                        </w:rPr>
                        <w:t>10</w:t>
                      </w:r>
                      <w:r w:rsidRPr="009E1D6D">
                        <w:rPr>
                          <w:rFonts w:ascii="TH SarabunPSK" w:hAnsi="TH SarabunPSK" w:cs="TH SarabunPSK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F78869F" wp14:editId="0D6CD258">
                <wp:simplePos x="0" y="0"/>
                <wp:positionH relativeFrom="column">
                  <wp:posOffset>2152319</wp:posOffset>
                </wp:positionH>
                <wp:positionV relativeFrom="paragraph">
                  <wp:posOffset>275452</wp:posOffset>
                </wp:positionV>
                <wp:extent cx="1978384" cy="653663"/>
                <wp:effectExtent l="57150" t="38100" r="60325" b="89535"/>
                <wp:wrapNone/>
                <wp:docPr id="803168492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384" cy="653663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778E" w14:textId="77777777" w:rsidR="00355C00" w:rsidRPr="00F025E6" w:rsidRDefault="00355C00" w:rsidP="00355C0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เสนอเรื่องต่อ</w:t>
                            </w:r>
                          </w:p>
                          <w:p w14:paraId="736D5EAC" w14:textId="77777777" w:rsidR="00355C00" w:rsidRPr="00F025E6" w:rsidRDefault="00355C00" w:rsidP="00355C0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ผู้บริหาร</w:t>
                            </w:r>
                          </w:p>
                          <w:p w14:paraId="45D5CF64" w14:textId="77777777" w:rsidR="00355C00" w:rsidRDefault="00355C00" w:rsidP="00355C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8869F" id="_x0000_s1055" type="#_x0000_t117" style="position:absolute;left:0;text-align:left;margin-left:169.45pt;margin-top:21.7pt;width:155.8pt;height:51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4CEE778E" w14:textId="77777777" w:rsidR="00355C00" w:rsidRPr="00F025E6" w:rsidRDefault="00355C00" w:rsidP="00355C0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เสนอเรื่องต่อ</w:t>
                      </w:r>
                    </w:p>
                    <w:p w14:paraId="736D5EAC" w14:textId="77777777" w:rsidR="00355C00" w:rsidRPr="00F025E6" w:rsidRDefault="00355C00" w:rsidP="00355C0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ผู้บริหาร</w:t>
                      </w:r>
                    </w:p>
                    <w:p w14:paraId="45D5CF64" w14:textId="77777777" w:rsidR="00355C00" w:rsidRDefault="00355C00" w:rsidP="00355C0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927E8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2E9F5C5" wp14:editId="40A89FB6">
                <wp:simplePos x="0" y="0"/>
                <wp:positionH relativeFrom="column">
                  <wp:posOffset>3179859</wp:posOffset>
                </wp:positionH>
                <wp:positionV relativeFrom="paragraph">
                  <wp:posOffset>49945</wp:posOffset>
                </wp:positionV>
                <wp:extent cx="85725" cy="161925"/>
                <wp:effectExtent l="57150" t="19050" r="66675" b="104775"/>
                <wp:wrapNone/>
                <wp:docPr id="202380073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58EAF" w14:textId="77777777" w:rsidR="00355C00" w:rsidRDefault="00355C00" w:rsidP="00355C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9F5C5" id="_x0000_s1056" type="#_x0000_t67" style="position:absolute;left:0;text-align:left;margin-left:250.4pt;margin-top:3.95pt;width:6.75pt;height:12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7358EAF" w14:textId="77777777" w:rsidR="00355C00" w:rsidRDefault="00355C00" w:rsidP="00355C00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355C00">
        <w:rPr>
          <w:rFonts w:hint="cs"/>
          <w:cs/>
          <w:lang w:bidi="th-TH"/>
        </w:rPr>
        <w:t xml:space="preserve">  </w:t>
      </w:r>
    </w:p>
    <w:p w14:paraId="4620FBE3" w14:textId="3BA492C3" w:rsidR="00355C00" w:rsidRDefault="00355C00" w:rsidP="00355C00">
      <w:pPr>
        <w:jc w:val="center"/>
        <w:rPr>
          <w:b/>
          <w:szCs w:val="32"/>
          <w:lang w:bidi="th-TH"/>
        </w:rPr>
      </w:pPr>
    </w:p>
    <w:p w14:paraId="7A6C0FA0" w14:textId="7236DEDF" w:rsidR="00355C00" w:rsidRDefault="00C0407D" w:rsidP="00355C00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2FD78B4" wp14:editId="7DCB9BF2">
                <wp:simplePos x="0" y="0"/>
                <wp:positionH relativeFrom="column">
                  <wp:posOffset>3164205</wp:posOffset>
                </wp:positionH>
                <wp:positionV relativeFrom="paragraph">
                  <wp:posOffset>273685</wp:posOffset>
                </wp:positionV>
                <wp:extent cx="85725" cy="161925"/>
                <wp:effectExtent l="57150" t="19050" r="66675" b="104775"/>
                <wp:wrapNone/>
                <wp:docPr id="1180664279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8C691D" w14:textId="77777777" w:rsidR="00355C00" w:rsidRDefault="00355C00" w:rsidP="00355C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D78B4" id="_x0000_s1057" type="#_x0000_t67" style="position:absolute;left:0;text-align:left;margin-left:249.15pt;margin-top:21.55pt;width:6.75pt;height:12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48C691D" w14:textId="77777777" w:rsidR="00355C00" w:rsidRDefault="00355C00" w:rsidP="00355C00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1EA05700" w14:textId="4CFF1E36" w:rsidR="00355C00" w:rsidRDefault="007927E8" w:rsidP="00355C00">
      <w:pPr>
        <w:jc w:val="center"/>
        <w:rPr>
          <w:b/>
          <w:szCs w:val="32"/>
          <w:lang w:bidi="th-TH"/>
        </w:rPr>
      </w:pPr>
      <w:r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40B3BF" wp14:editId="1F6F5CD6">
                <wp:simplePos x="0" y="0"/>
                <wp:positionH relativeFrom="column">
                  <wp:posOffset>1368219</wp:posOffset>
                </wp:positionH>
                <wp:positionV relativeFrom="paragraph">
                  <wp:posOffset>83820</wp:posOffset>
                </wp:positionV>
                <wp:extent cx="3632255" cy="1290679"/>
                <wp:effectExtent l="57150" t="38100" r="25400" b="100330"/>
                <wp:wrapNone/>
                <wp:docPr id="525699501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255" cy="1290679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94570" w14:textId="4F37AAF5" w:rsidR="00BC3943" w:rsidRPr="00C0407D" w:rsidRDefault="00BC3943" w:rsidP="00BC394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C0407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เจ้าหน้าที่โทรประสานเพื่อให้มารับเอกสารตามหมายเลขโทรศัพท์ที่แจ้งไว้</w:t>
                            </w:r>
                          </w:p>
                          <w:p w14:paraId="7B95CAE8" w14:textId="77777777" w:rsidR="00355C00" w:rsidRDefault="00355C00" w:rsidP="00355C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0B3BF" id="_x0000_s1058" type="#_x0000_t110" style="position:absolute;left:0;text-align:left;margin-left:107.75pt;margin-top:6.6pt;width:286pt;height:101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50D94570" w14:textId="4F37AAF5" w:rsidR="00BC3943" w:rsidRPr="00C0407D" w:rsidRDefault="00BC3943" w:rsidP="00BC3943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  <w:lang w:bidi="th-TH"/>
                        </w:rPr>
                      </w:pPr>
                      <w:r w:rsidRPr="00C0407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bidi="th-TH"/>
                        </w:rPr>
                        <w:t>เจ้าหน้าที่โทรประสานเพื่อให้มารับเอกสารตามหมายเลขโทรศัพท์ที่แจ้งไว้</w:t>
                      </w:r>
                    </w:p>
                    <w:p w14:paraId="7B95CAE8" w14:textId="77777777" w:rsidR="00355C00" w:rsidRDefault="00355C00" w:rsidP="00355C00">
                      <w:pPr>
                        <w:jc w:val="center"/>
                        <w:rPr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3667CE" w14:textId="7F644016" w:rsidR="00355C00" w:rsidRDefault="007927E8" w:rsidP="00355C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C326125" wp14:editId="6475D173">
                <wp:simplePos x="0" y="0"/>
                <wp:positionH relativeFrom="column">
                  <wp:posOffset>4974507</wp:posOffset>
                </wp:positionH>
                <wp:positionV relativeFrom="paragraph">
                  <wp:posOffset>177414</wp:posOffset>
                </wp:positionV>
                <wp:extent cx="1906822" cy="362612"/>
                <wp:effectExtent l="57150" t="19050" r="74930" b="94615"/>
                <wp:wrapNone/>
                <wp:docPr id="1498696952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F618BA" w14:textId="77777777" w:rsidR="00355C00" w:rsidRPr="009E1D6D" w:rsidRDefault="00355C00" w:rsidP="00355C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9E1D6D"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  <w:t>30</w:t>
                            </w:r>
                            <w:r w:rsidRPr="009E1D6D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26125" id="_x0000_s1059" style="position:absolute;left:0;text-align:left;margin-left:391.7pt;margin-top:13.95pt;width:150.15pt;height:28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6F618BA" w14:textId="77777777" w:rsidR="00355C00" w:rsidRPr="009E1D6D" w:rsidRDefault="00355C00" w:rsidP="00355C0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9E1D6D"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  <w:t>30</w:t>
                      </w:r>
                      <w:r w:rsidRPr="009E1D6D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</w:p>
    <w:p w14:paraId="2A390448" w14:textId="68612AF1" w:rsidR="00355C00" w:rsidRDefault="00355C00" w:rsidP="00355C00">
      <w:pPr>
        <w:jc w:val="center"/>
        <w:rPr>
          <w:b/>
          <w:szCs w:val="32"/>
          <w:lang w:bidi="th-TH"/>
        </w:rPr>
      </w:pPr>
    </w:p>
    <w:p w14:paraId="68660BB4" w14:textId="26EC57F0" w:rsidR="00355C00" w:rsidRDefault="00C0407D" w:rsidP="00355C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A6E5FC9" wp14:editId="731E83DE">
                <wp:simplePos x="0" y="0"/>
                <wp:positionH relativeFrom="page">
                  <wp:posOffset>2792399</wp:posOffset>
                </wp:positionH>
                <wp:positionV relativeFrom="paragraph">
                  <wp:posOffset>327412</wp:posOffset>
                </wp:positionV>
                <wp:extent cx="1858645" cy="701371"/>
                <wp:effectExtent l="57150" t="38100" r="84455" b="99060"/>
                <wp:wrapNone/>
                <wp:docPr id="741434536" name="แผนผังลําดับงาน: กระบวนการสำรอ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8645" cy="701371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D4839" w14:textId="77777777" w:rsidR="00C0407D" w:rsidRPr="00043465" w:rsidRDefault="00C0407D" w:rsidP="00C0407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043465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ขอหนังสือผ่านสิทธิ์ฯ</w:t>
                            </w:r>
                          </w:p>
                          <w:p w14:paraId="7E2865A8" w14:textId="77777777" w:rsidR="00C0407D" w:rsidRPr="00043465" w:rsidRDefault="00C0407D" w:rsidP="00C0407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043465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นำไปยื่นกับธนาคารฯ</w:t>
                            </w:r>
                          </w:p>
                          <w:p w14:paraId="2ACDC4C1" w14:textId="77777777" w:rsidR="00355C00" w:rsidRDefault="00355C00" w:rsidP="00355C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E5FC9" id="_x0000_s1060" type="#_x0000_t176" style="position:absolute;left:0;text-align:left;margin-left:219.85pt;margin-top:25.8pt;width:146.35pt;height:55.2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2DD4839" w14:textId="77777777" w:rsidR="00C0407D" w:rsidRPr="00043465" w:rsidRDefault="00C0407D" w:rsidP="00C0407D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043465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ขอหนังสือผ่านสิทธิ์ฯ</w:t>
                      </w:r>
                    </w:p>
                    <w:p w14:paraId="7E2865A8" w14:textId="77777777" w:rsidR="00C0407D" w:rsidRPr="00043465" w:rsidRDefault="00C0407D" w:rsidP="00C0407D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043465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นำไปยื่นกับธนาคารฯ</w:t>
                      </w:r>
                    </w:p>
                    <w:p w14:paraId="2ACDC4C1" w14:textId="77777777" w:rsidR="00355C00" w:rsidRDefault="00355C00" w:rsidP="00355C00">
                      <w:pPr>
                        <w:jc w:val="center"/>
                        <w:rPr>
                          <w:lang w:bidi="th-TH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87FA7B" wp14:editId="71C0DDDC">
                <wp:simplePos x="0" y="0"/>
                <wp:positionH relativeFrom="column">
                  <wp:posOffset>3266440</wp:posOffset>
                </wp:positionH>
                <wp:positionV relativeFrom="paragraph">
                  <wp:posOffset>60960</wp:posOffset>
                </wp:positionV>
                <wp:extent cx="85725" cy="161925"/>
                <wp:effectExtent l="57150" t="19050" r="66675" b="104775"/>
                <wp:wrapNone/>
                <wp:docPr id="443458256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2325BC" w14:textId="77777777" w:rsidR="00355C00" w:rsidRDefault="00355C00" w:rsidP="00355C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7FA7B" id="_x0000_s1061" type="#_x0000_t67" style="position:absolute;left:0;text-align:left;margin-left:257.2pt;margin-top:4.8pt;width:6.75pt;height:12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52325BC" w14:textId="77777777" w:rsidR="00355C00" w:rsidRDefault="00355C00" w:rsidP="00355C00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2DDBF885" w14:textId="77777777" w:rsidR="00355C00" w:rsidRDefault="00355C00" w:rsidP="00355C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35512EB" wp14:editId="5C2D5C38">
                <wp:simplePos x="0" y="0"/>
                <wp:positionH relativeFrom="column">
                  <wp:posOffset>5030939</wp:posOffset>
                </wp:positionH>
                <wp:positionV relativeFrom="paragraph">
                  <wp:posOffset>26670</wp:posOffset>
                </wp:positionV>
                <wp:extent cx="1906822" cy="362612"/>
                <wp:effectExtent l="57150" t="19050" r="74930" b="94615"/>
                <wp:wrapNone/>
                <wp:docPr id="171739938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6F6A65" w14:textId="77777777" w:rsidR="00355C00" w:rsidRPr="009E1D6D" w:rsidRDefault="00355C00" w:rsidP="00355C00">
                            <w:pPr>
                              <w:jc w:val="center"/>
                              <w:rPr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9E1D6D">
                              <w:rPr>
                                <w:szCs w:val="32"/>
                                <w:lang w:bidi="th-TH"/>
                              </w:rPr>
                              <w:t>5</w:t>
                            </w: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512EB" id="_x0000_s1062" style="position:absolute;left:0;text-align:left;margin-left:396.15pt;margin-top:2.1pt;width:150.15pt;height:28.5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96F6A65" w14:textId="77777777" w:rsidR="00355C00" w:rsidRPr="009E1D6D" w:rsidRDefault="00355C00" w:rsidP="00355C00">
                      <w:pPr>
                        <w:jc w:val="center"/>
                        <w:rPr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9E1D6D">
                        <w:rPr>
                          <w:szCs w:val="32"/>
                          <w:lang w:bidi="th-TH"/>
                        </w:rPr>
                        <w:t>5</w:t>
                      </w: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</w:p>
    <w:p w14:paraId="6AD9D105" w14:textId="77777777" w:rsidR="00355C00" w:rsidRDefault="00355C00" w:rsidP="00355C00">
      <w:pPr>
        <w:jc w:val="center"/>
        <w:rPr>
          <w:b/>
          <w:szCs w:val="32"/>
          <w:lang w:bidi="th-TH"/>
        </w:rPr>
      </w:pPr>
    </w:p>
    <w:p w14:paraId="41348A54" w14:textId="7AD543C9" w:rsidR="00355C00" w:rsidRDefault="00355C00" w:rsidP="00355C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87844E0" wp14:editId="2B522636">
                <wp:simplePos x="0" y="0"/>
                <wp:positionH relativeFrom="column">
                  <wp:posOffset>4776912</wp:posOffset>
                </wp:positionH>
                <wp:positionV relativeFrom="paragraph">
                  <wp:posOffset>245276</wp:posOffset>
                </wp:positionV>
                <wp:extent cx="1906822" cy="362612"/>
                <wp:effectExtent l="57150" t="19050" r="74930" b="94615"/>
                <wp:wrapNone/>
                <wp:docPr id="478875041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4D1C1C" w14:textId="77777777" w:rsidR="00355C00" w:rsidRPr="009E1D6D" w:rsidRDefault="00355C00" w:rsidP="00355C00">
                            <w:pPr>
                              <w:jc w:val="center"/>
                              <w:rPr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9E1D6D">
                              <w:rPr>
                                <w:szCs w:val="32"/>
                                <w:lang w:bidi="th-TH"/>
                              </w:rPr>
                              <w:t>1</w:t>
                            </w: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844E0" id="_x0000_s1063" style="position:absolute;left:0;text-align:left;margin-left:376.15pt;margin-top:19.3pt;width:150.15pt;height:28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E4D1C1C" w14:textId="77777777" w:rsidR="00355C00" w:rsidRPr="009E1D6D" w:rsidRDefault="00355C00" w:rsidP="00355C00">
                      <w:pPr>
                        <w:jc w:val="center"/>
                        <w:rPr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9E1D6D">
                        <w:rPr>
                          <w:szCs w:val="32"/>
                          <w:lang w:bidi="th-TH"/>
                        </w:rPr>
                        <w:t>1</w:t>
                      </w: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</w:p>
    <w:p w14:paraId="17AB865E" w14:textId="77777777" w:rsidR="00355C00" w:rsidRDefault="00355C00" w:rsidP="00355C00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9252D4C" wp14:editId="42477495">
                <wp:simplePos x="0" y="0"/>
                <wp:positionH relativeFrom="margin">
                  <wp:align>left</wp:align>
                </wp:positionH>
                <wp:positionV relativeFrom="paragraph">
                  <wp:posOffset>371005</wp:posOffset>
                </wp:positionV>
                <wp:extent cx="1811407" cy="418272"/>
                <wp:effectExtent l="57150" t="19050" r="74930" b="96520"/>
                <wp:wrapNone/>
                <wp:docPr id="1626152049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407" cy="41827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FD6A4" w14:textId="77777777" w:rsidR="00355C00" w:rsidRPr="00F025E6" w:rsidRDefault="00355C00" w:rsidP="00355C0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จุดบริการ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ขั้นตอนปฏิบัติ</w:t>
                            </w:r>
                          </w:p>
                          <w:p w14:paraId="698A4437" w14:textId="77777777" w:rsidR="00355C00" w:rsidRDefault="00355C00" w:rsidP="00355C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252D4C" id="_x0000_s1064" style="position:absolute;left:0;text-align:left;margin-left:0;margin-top:29.2pt;width:142.65pt;height:32.95pt;z-index:251714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C6FD6A4" w14:textId="77777777" w:rsidR="00355C00" w:rsidRPr="00F025E6" w:rsidRDefault="00355C00" w:rsidP="00355C0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 xml:space="preserve">จุดบริการ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ขั้นตอนปฏิบัติ</w:t>
                      </w:r>
                    </w:p>
                    <w:p w14:paraId="698A4437" w14:textId="77777777" w:rsidR="00355C00" w:rsidRDefault="00355C00" w:rsidP="00355C00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                      </w:t>
      </w:r>
    </w:p>
    <w:p w14:paraId="2A4E936D" w14:textId="77777777" w:rsidR="00355C00" w:rsidRDefault="00355C00" w:rsidP="00355C00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A5045E7" wp14:editId="52F5E9C8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2065848" cy="752226"/>
                <wp:effectExtent l="57150" t="19050" r="67945" b="86360"/>
                <wp:wrapNone/>
                <wp:docPr id="315249256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848" cy="752226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444C70" w14:textId="77777777" w:rsidR="00355C00" w:rsidRPr="00F025E6" w:rsidRDefault="00355C00" w:rsidP="00355C0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ผู้รับผิดชอบการให้บริการ</w:t>
                            </w:r>
                          </w:p>
                          <w:p w14:paraId="453533BD" w14:textId="77777777" w:rsidR="00355C00" w:rsidRDefault="00355C00" w:rsidP="00355C0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กลุ่มอำนวยการ</w:t>
                            </w:r>
                          </w:p>
                          <w:p w14:paraId="0C9DD9B4" w14:textId="77777777" w:rsidR="00867896" w:rsidRPr="00F025E6" w:rsidRDefault="00867896" w:rsidP="00355C0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</w:p>
                          <w:p w14:paraId="250EA557" w14:textId="77777777" w:rsidR="00355C00" w:rsidRPr="00F025E6" w:rsidRDefault="00355C00" w:rsidP="00355C00">
                            <w:pPr>
                              <w:jc w:val="center"/>
                              <w:rPr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โทร </w:t>
                            </w:r>
                            <w:r w:rsidRPr="00F025E6">
                              <w:rPr>
                                <w:b/>
                                <w:szCs w:val="32"/>
                                <w:lang w:bidi="th-TH"/>
                              </w:rPr>
                              <w:t>02 866 2830</w:t>
                            </w:r>
                          </w:p>
                          <w:p w14:paraId="3DE9BF9D" w14:textId="77777777" w:rsidR="00355C00" w:rsidRDefault="00355C00" w:rsidP="00355C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5045E7" id="_x0000_s1065" style="position:absolute;left:0;text-align:left;margin-left:111.45pt;margin-top:2.25pt;width:162.65pt;height:59.25pt;z-index:251715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6444C70" w14:textId="77777777" w:rsidR="00355C00" w:rsidRPr="00F025E6" w:rsidRDefault="00355C00" w:rsidP="00355C0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ผู้รับผิดชอบการให้บริการ</w:t>
                      </w:r>
                    </w:p>
                    <w:p w14:paraId="453533BD" w14:textId="77777777" w:rsidR="00355C00" w:rsidRDefault="00355C00" w:rsidP="00355C0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กลุ่มอำนวยการ</w:t>
                      </w:r>
                    </w:p>
                    <w:p w14:paraId="0C9DD9B4" w14:textId="77777777" w:rsidR="00867896" w:rsidRPr="00F025E6" w:rsidRDefault="00867896" w:rsidP="00355C0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</w:p>
                    <w:p w14:paraId="250EA557" w14:textId="77777777" w:rsidR="00355C00" w:rsidRPr="00F025E6" w:rsidRDefault="00355C00" w:rsidP="00355C00">
                      <w:pPr>
                        <w:jc w:val="center"/>
                        <w:rPr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b/>
                          <w:szCs w:val="32"/>
                          <w:cs/>
                          <w:lang w:bidi="th-TH"/>
                        </w:rPr>
                        <w:t xml:space="preserve">โทร </w:t>
                      </w:r>
                      <w:r w:rsidRPr="00F025E6">
                        <w:rPr>
                          <w:b/>
                          <w:szCs w:val="32"/>
                          <w:lang w:bidi="th-TH"/>
                        </w:rPr>
                        <w:t>02 866 2830</w:t>
                      </w:r>
                    </w:p>
                    <w:p w14:paraId="3DE9BF9D" w14:textId="77777777" w:rsidR="00355C00" w:rsidRDefault="00355C00" w:rsidP="00355C00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7A76D2" w14:textId="77777777" w:rsidR="00355C00" w:rsidRPr="00240BF3" w:rsidRDefault="00355C00" w:rsidP="00355C00">
      <w:pPr>
        <w:spacing w:after="0"/>
        <w:rPr>
          <w:rFonts w:ascii="TH SarabunPSK" w:hAnsi="TH SarabunPSK" w:cs="TH SarabunPSK"/>
          <w:szCs w:val="32"/>
          <w:lang w:bidi="th-TH"/>
        </w:rPr>
      </w:pPr>
      <w:proofErr w:type="spellStart"/>
      <w:proofErr w:type="gramStart"/>
      <w:r w:rsidRPr="00240BF3">
        <w:rPr>
          <w:rFonts w:ascii="TH SarabunPSK" w:hAnsi="TH SarabunPSK" w:cs="TH SarabunPSK"/>
          <w:szCs w:val="32"/>
        </w:rPr>
        <w:t>หมายเหตุ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:</w:t>
      </w:r>
      <w:proofErr w:type="gramEnd"/>
      <w:r w:rsidRPr="00240BF3">
        <w:rPr>
          <w:rFonts w:ascii="TH SarabunPSK" w:hAnsi="TH SarabunPSK" w:cs="TH SarabunPSK"/>
          <w:szCs w:val="32"/>
        </w:rPr>
        <w:t xml:space="preserve"> </w:t>
      </w:r>
      <w:proofErr w:type="spellStart"/>
      <w:r w:rsidRPr="00240BF3">
        <w:rPr>
          <w:rFonts w:ascii="TH SarabunPSK" w:hAnsi="TH SarabunPSK" w:cs="TH SarabunPSK"/>
          <w:szCs w:val="32"/>
        </w:rPr>
        <w:t>ไม่มีค่าธรรมเนียม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/ </w:t>
      </w:r>
      <w:r w:rsidRPr="00240BF3">
        <w:rPr>
          <w:rFonts w:ascii="TH SarabunPSK" w:hAnsi="TH SarabunPSK" w:cs="TH SarabunPSK"/>
          <w:szCs w:val="32"/>
          <w:cs/>
          <w:lang w:bidi="th-TH"/>
        </w:rPr>
        <w:t>ไม่ม</w:t>
      </w:r>
      <w:r>
        <w:rPr>
          <w:rFonts w:ascii="TH SarabunPSK" w:hAnsi="TH SarabunPSK" w:cs="TH SarabunPSK" w:hint="cs"/>
          <w:szCs w:val="32"/>
          <w:cs/>
          <w:lang w:bidi="th-TH"/>
        </w:rPr>
        <w:t>ี</w:t>
      </w:r>
      <w:r w:rsidRPr="00240BF3">
        <w:rPr>
          <w:rFonts w:ascii="TH SarabunPSK" w:hAnsi="TH SarabunPSK" w:cs="TH SarabunPSK"/>
          <w:szCs w:val="32"/>
          <w:cs/>
          <w:lang w:bidi="th-TH"/>
        </w:rPr>
        <w:t>รายการ</w:t>
      </w:r>
      <w:proofErr w:type="spellStart"/>
      <w:r w:rsidRPr="00240BF3">
        <w:rPr>
          <w:rFonts w:ascii="TH SarabunPSK" w:hAnsi="TH SarabunPSK" w:cs="TH SarabunPSK"/>
          <w:szCs w:val="32"/>
        </w:rPr>
        <w:t>เอกสาร</w:t>
      </w:r>
      <w:proofErr w:type="spellEnd"/>
    </w:p>
    <w:p w14:paraId="2C2D0EF0" w14:textId="77777777" w:rsidR="00355C00" w:rsidRDefault="00355C00" w:rsidP="00355C00">
      <w:pPr>
        <w:spacing w:after="0"/>
        <w:rPr>
          <w:rFonts w:ascii="TH SarabunPSK" w:hAnsi="TH SarabunPSK" w:cs="TH SarabunPSK"/>
          <w:szCs w:val="32"/>
          <w:lang w:bidi="th-TH"/>
        </w:rPr>
      </w:pPr>
      <w:proofErr w:type="spellStart"/>
      <w:r w:rsidRPr="00240BF3">
        <w:rPr>
          <w:rFonts w:ascii="TH SarabunPSK" w:hAnsi="TH SarabunPSK" w:cs="TH SarabunPSK"/>
          <w:szCs w:val="32"/>
        </w:rPr>
        <w:t>หลักฐานประกอบการยื่นคำขอให้เป็นไปตามประเภทของงานบริการ</w:t>
      </w:r>
      <w:proofErr w:type="spellEnd"/>
    </w:p>
    <w:p w14:paraId="2F59CBDC" w14:textId="77777777" w:rsidR="00867896" w:rsidRDefault="00867896" w:rsidP="00867896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BC8DFF8" wp14:editId="5BB1A6DC">
                <wp:simplePos x="0" y="0"/>
                <wp:positionH relativeFrom="column">
                  <wp:posOffset>1436701</wp:posOffset>
                </wp:positionH>
                <wp:positionV relativeFrom="paragraph">
                  <wp:posOffset>30977</wp:posOffset>
                </wp:positionV>
                <wp:extent cx="3918502" cy="450077"/>
                <wp:effectExtent l="76200" t="57150" r="82550" b="102870"/>
                <wp:wrapNone/>
                <wp:docPr id="73599014" name="แผนผังลําดับงาน: กระบวนการสำรอ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502" cy="450077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5A5BA5" w14:textId="2F238C45" w:rsidR="00867896" w:rsidRPr="00355C00" w:rsidRDefault="00867896" w:rsidP="008678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</w:rPr>
                            </w:pPr>
                            <w:proofErr w:type="spellStart"/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</w:rPr>
                              <w:t>ขั้นตอนการ</w:t>
                            </w:r>
                            <w:proofErr w:type="spellEnd"/>
                            <w:r w:rsidR="003C289D">
                              <w:rPr>
                                <w:rFonts w:ascii="TH SarabunPSK" w:hAnsi="TH SarabunPSK" w:cs="TH SarabunPSK" w:hint="cs"/>
                                <w:bCs/>
                                <w:szCs w:val="32"/>
                                <w:cs/>
                                <w:lang w:bidi="th-TH"/>
                              </w:rPr>
                              <w:t>ปฏิ</w:t>
                            </w:r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  <w:cs/>
                                <w:lang w:bidi="th-TH"/>
                              </w:rPr>
                              <w:t>บัติกลุ่ม</w:t>
                            </w:r>
                            <w:r>
                              <w:rPr>
                                <w:rFonts w:ascii="TH SarabunPSK" w:hAnsi="TH SarabunPSK" w:cs="TH SarabunPSK" w:hint="cs"/>
                                <w:bCs/>
                                <w:szCs w:val="32"/>
                                <w:cs/>
                                <w:lang w:bidi="th-TH"/>
                              </w:rPr>
                              <w:t>งานการศึกษาเพื่อพัฒนาตนเอง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8DFF8" id="_x0000_s1066" type="#_x0000_t176" style="position:absolute;left:0;text-align:left;margin-left:113.15pt;margin-top:2.45pt;width:308.55pt;height:35.4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" fillcolor="#4f81bd [3204]" strokecolor="white [3201]" strokeweight="3pt">
                <v:shadow on="t" color="black" opacity="24903f" origin=",.5" offset="0,.55556mm"/>
                <v:textbox>
                  <w:txbxContent>
                    <w:p w14:paraId="4C5A5BA5" w14:textId="2F238C45" w:rsidR="00867896" w:rsidRPr="00355C00" w:rsidRDefault="00867896" w:rsidP="00867896">
                      <w:pPr>
                        <w:jc w:val="center"/>
                        <w:rPr>
                          <w:rFonts w:ascii="TH SarabunPSK" w:hAnsi="TH SarabunPSK" w:cs="TH SarabunPSK"/>
                          <w:bCs/>
                        </w:rPr>
                      </w:pPr>
                      <w:proofErr w:type="spellStart"/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</w:rPr>
                        <w:t>ขั้นตอนการ</w:t>
                      </w:r>
                      <w:proofErr w:type="spellEnd"/>
                      <w:r w:rsidR="003C289D">
                        <w:rPr>
                          <w:rFonts w:ascii="TH SarabunPSK" w:hAnsi="TH SarabunPSK" w:cs="TH SarabunPSK" w:hint="cs"/>
                          <w:bCs/>
                          <w:szCs w:val="32"/>
                          <w:cs/>
                          <w:lang w:bidi="th-TH"/>
                        </w:rPr>
                        <w:t>ปฏิ</w:t>
                      </w:r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  <w:cs/>
                          <w:lang w:bidi="th-TH"/>
                        </w:rPr>
                        <w:t>บัติกลุ่ม</w:t>
                      </w:r>
                      <w:r>
                        <w:rPr>
                          <w:rFonts w:ascii="TH SarabunPSK" w:hAnsi="TH SarabunPSK" w:cs="TH SarabunPSK" w:hint="cs"/>
                          <w:bCs/>
                          <w:szCs w:val="32"/>
                          <w:cs/>
                          <w:lang w:bidi="th-TH"/>
                        </w:rPr>
                        <w:t>งานการศึกษาเพื่อพัฒนาตนเอง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22EE7317" w14:textId="77777777" w:rsidR="00867896" w:rsidRPr="00355C00" w:rsidRDefault="00867896" w:rsidP="00867896">
      <w:pPr>
        <w:jc w:val="center"/>
        <w:rPr>
          <w:b/>
          <w:szCs w:val="32"/>
          <w:lang w:bidi="th-TH"/>
        </w:rPr>
      </w:pPr>
      <w:r w:rsidRPr="00355C00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2EC2140" wp14:editId="67C480BE">
                <wp:simplePos x="0" y="0"/>
                <wp:positionH relativeFrom="column">
                  <wp:posOffset>3151974</wp:posOffset>
                </wp:positionH>
                <wp:positionV relativeFrom="paragraph">
                  <wp:posOffset>194614</wp:posOffset>
                </wp:positionV>
                <wp:extent cx="85725" cy="161925"/>
                <wp:effectExtent l="57150" t="19050" r="66675" b="104775"/>
                <wp:wrapNone/>
                <wp:docPr id="594966841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58FD2" id="ลูกศร: ลง 5" o:spid="_x0000_s1026" type="#_x0000_t67" style="position:absolute;margin-left:248.2pt;margin-top:15.3pt;width:6.75pt;height:12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30C20DBA" w14:textId="2B751A1A" w:rsidR="00867896" w:rsidRDefault="002F7699" w:rsidP="00867896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1B4ABC9" wp14:editId="1E94660E">
                <wp:simplePos x="0" y="0"/>
                <wp:positionH relativeFrom="column">
                  <wp:posOffset>4763701</wp:posOffset>
                </wp:positionH>
                <wp:positionV relativeFrom="paragraph">
                  <wp:posOffset>174951</wp:posOffset>
                </wp:positionV>
                <wp:extent cx="1906822" cy="362612"/>
                <wp:effectExtent l="57150" t="19050" r="74930" b="94615"/>
                <wp:wrapNone/>
                <wp:docPr id="636459854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0F7439" w14:textId="1A3D9412" w:rsidR="00867896" w:rsidRPr="00F025E6" w:rsidRDefault="002F7699" w:rsidP="008678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7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4ABC9" id="_x0000_s1067" style="position:absolute;left:0;text-align:left;margin-left:375.1pt;margin-top:13.8pt;width:150.15pt;height:28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F0F7439" w14:textId="1A3D9412" w:rsidR="00867896" w:rsidRPr="00F025E6" w:rsidRDefault="002F7699" w:rsidP="0086789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7 วัน</w:t>
                      </w:r>
                    </w:p>
                  </w:txbxContent>
                </v:textbox>
              </v:rect>
            </w:pict>
          </mc:Fallback>
        </mc:AlternateContent>
      </w:r>
      <w:r w:rsidR="00867896"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88BF9D2" wp14:editId="613FB1C9">
                <wp:simplePos x="0" y="0"/>
                <wp:positionH relativeFrom="column">
                  <wp:posOffset>2219582</wp:posOffset>
                </wp:positionH>
                <wp:positionV relativeFrom="paragraph">
                  <wp:posOffset>30892</wp:posOffset>
                </wp:positionV>
                <wp:extent cx="1700088" cy="835111"/>
                <wp:effectExtent l="57150" t="38100" r="71755" b="98425"/>
                <wp:wrapNone/>
                <wp:docPr id="1039864053" name="แผนผังลําดับงาน: กระบวนการสำรอ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088" cy="835111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4D927" w14:textId="75CE5732" w:rsidR="00867896" w:rsidRPr="00355C00" w:rsidRDefault="00867896" w:rsidP="008678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สำรวจความต้องการและศึกษาบริบทชุมชน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BF9D2" id="_x0000_s1068" type="#_x0000_t176" style="position:absolute;left:0;text-align:left;margin-left:174.75pt;margin-top:2.45pt;width:133.85pt;height:65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6F4D927" w14:textId="75CE5732" w:rsidR="00867896" w:rsidRPr="00355C00" w:rsidRDefault="00867896" w:rsidP="0086789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สำรวจความต้องการและศึกษาบริบทชุมชน</w:t>
                      </w:r>
                    </w:p>
                  </w:txbxContent>
                </v:textbox>
              </v:shape>
            </w:pict>
          </mc:Fallback>
        </mc:AlternateContent>
      </w:r>
    </w:p>
    <w:p w14:paraId="1F956047" w14:textId="6285C529" w:rsidR="00867896" w:rsidRDefault="00867896" w:rsidP="00867896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9345CB0" wp14:editId="48D4AB19">
                <wp:simplePos x="0" y="0"/>
                <wp:positionH relativeFrom="column">
                  <wp:posOffset>3193111</wp:posOffset>
                </wp:positionH>
                <wp:positionV relativeFrom="paragraph">
                  <wp:posOffset>401072</wp:posOffset>
                </wp:positionV>
                <wp:extent cx="85725" cy="161925"/>
                <wp:effectExtent l="57150" t="19050" r="66675" b="104775"/>
                <wp:wrapNone/>
                <wp:docPr id="2002547610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9838DC" w14:textId="77777777" w:rsidR="00867896" w:rsidRDefault="00867896" w:rsidP="00867896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45CB0" id="_x0000_s1069" type="#_x0000_t67" style="position:absolute;left:0;text-align:left;margin-left:251.45pt;margin-top:31.6pt;width:6.75pt;height:12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49838DC" w14:textId="77777777" w:rsidR="00867896" w:rsidRDefault="00867896" w:rsidP="00867896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</w:t>
      </w:r>
    </w:p>
    <w:p w14:paraId="409B571D" w14:textId="4C3C0A72" w:rsidR="00867896" w:rsidRDefault="002F7699" w:rsidP="00867896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6242499" wp14:editId="6EDF97F1">
                <wp:simplePos x="0" y="0"/>
                <wp:positionH relativeFrom="column">
                  <wp:posOffset>4770086</wp:posOffset>
                </wp:positionH>
                <wp:positionV relativeFrom="paragraph">
                  <wp:posOffset>348993</wp:posOffset>
                </wp:positionV>
                <wp:extent cx="1906822" cy="362612"/>
                <wp:effectExtent l="57150" t="19050" r="74930" b="94615"/>
                <wp:wrapNone/>
                <wp:docPr id="261632052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4CE11E" w14:textId="10EDB2D8" w:rsidR="00867896" w:rsidRPr="00F025E6" w:rsidRDefault="00867896" w:rsidP="008678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  <w:t>3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42499" id="_x0000_s1070" style="position:absolute;left:0;text-align:left;margin-left:375.6pt;margin-top:27.5pt;width:150.15pt;height:28.5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34CE11E" w14:textId="10EDB2D8" w:rsidR="00867896" w:rsidRPr="00F025E6" w:rsidRDefault="00867896" w:rsidP="0086789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  <w:t>3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 w:rsid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วัน</w:t>
                      </w:r>
                    </w:p>
                  </w:txbxContent>
                </v:textbox>
              </v:rect>
            </w:pict>
          </mc:Fallback>
        </mc:AlternateContent>
      </w:r>
      <w:r w:rsidR="00867896"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5072EE2" wp14:editId="3F9E725D">
                <wp:simplePos x="0" y="0"/>
                <wp:positionH relativeFrom="column">
                  <wp:posOffset>2072806</wp:posOffset>
                </wp:positionH>
                <wp:positionV relativeFrom="paragraph">
                  <wp:posOffset>229318</wp:posOffset>
                </wp:positionV>
                <wp:extent cx="2193069" cy="612140"/>
                <wp:effectExtent l="57150" t="38100" r="74295" b="92710"/>
                <wp:wrapNone/>
                <wp:docPr id="1300948062" name="แผนผังลําดับงาน: ข้อมูล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069" cy="61214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F7F31" w14:textId="23E7A040" w:rsidR="00867896" w:rsidRPr="00F025E6" w:rsidRDefault="00867896" w:rsidP="008678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วางแผนจัดทำหลักสูตร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072EE2" id="_x0000_s1071" type="#_x0000_t111" style="position:absolute;left:0;text-align:left;margin-left:163.2pt;margin-top:18.05pt;width:172.7pt;height:48.2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485F7F31" w14:textId="23E7A040" w:rsidR="00867896" w:rsidRPr="00F025E6" w:rsidRDefault="00867896" w:rsidP="0086789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วางแผนจัดทำหลักสูตร</w:t>
                      </w:r>
                    </w:p>
                  </w:txbxContent>
                </v:textbox>
              </v:shape>
            </w:pict>
          </mc:Fallback>
        </mc:AlternateContent>
      </w:r>
      <w:r w:rsidR="00867896">
        <w:rPr>
          <w:rFonts w:hint="cs"/>
          <w:b/>
          <w:noProof/>
          <w:szCs w:val="32"/>
          <w:cs/>
          <w:lang w:bidi="th-TH"/>
        </w:rPr>
        <w:t xml:space="preserve">      </w:t>
      </w:r>
    </w:p>
    <w:p w14:paraId="2269CCC7" w14:textId="74043256" w:rsidR="00867896" w:rsidRDefault="00867896" w:rsidP="00867896">
      <w:pPr>
        <w:jc w:val="center"/>
        <w:rPr>
          <w:b/>
          <w:szCs w:val="32"/>
          <w:lang w:bidi="th-TH"/>
        </w:rPr>
      </w:pPr>
      <w:r>
        <w:rPr>
          <w:rFonts w:hint="cs"/>
          <w:b/>
          <w:szCs w:val="32"/>
          <w:cs/>
          <w:lang w:bidi="th-TH"/>
        </w:rPr>
        <w:t xml:space="preserve">                  </w:t>
      </w:r>
    </w:p>
    <w:p w14:paraId="4FE1AE95" w14:textId="4865E5E0" w:rsidR="00867896" w:rsidRDefault="00867896" w:rsidP="00867896">
      <w:pPr>
        <w:jc w:val="center"/>
        <w:rPr>
          <w:lang w:bidi="th-TH"/>
        </w:rPr>
      </w:pPr>
      <w:r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C962098" wp14:editId="56F12BBF">
                <wp:simplePos x="0" y="0"/>
                <wp:positionH relativeFrom="column">
                  <wp:posOffset>1939960</wp:posOffset>
                </wp:positionH>
                <wp:positionV relativeFrom="paragraph">
                  <wp:posOffset>387384</wp:posOffset>
                </wp:positionV>
                <wp:extent cx="2570154" cy="868062"/>
                <wp:effectExtent l="57150" t="38100" r="1905" b="103505"/>
                <wp:wrapNone/>
                <wp:docPr id="72856578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0154" cy="868062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2F7CB" w14:textId="45414986" w:rsidR="00867896" w:rsidRPr="00F025E6" w:rsidRDefault="00867896" w:rsidP="0086789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เสนออนุมัติโครงการ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เรื่อง</w:t>
                            </w:r>
                          </w:p>
                          <w:p w14:paraId="17E8ECE2" w14:textId="77777777" w:rsidR="00867896" w:rsidRDefault="00867896" w:rsidP="008678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62098" id="_x0000_s1072" type="#_x0000_t110" style="position:absolute;left:0;text-align:left;margin-left:152.75pt;margin-top:30.5pt;width:202.35pt;height:68.3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702F7CB" w14:textId="45414986" w:rsidR="00867896" w:rsidRPr="00F025E6" w:rsidRDefault="00867896" w:rsidP="0086789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เสนออนุมัติโครงการ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เรื่อง</w:t>
                      </w:r>
                    </w:p>
                    <w:p w14:paraId="17E8ECE2" w14:textId="77777777" w:rsidR="00867896" w:rsidRDefault="00867896" w:rsidP="0086789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6632546" wp14:editId="2499AA39">
                <wp:simplePos x="0" y="0"/>
                <wp:positionH relativeFrom="column">
                  <wp:posOffset>3164205</wp:posOffset>
                </wp:positionH>
                <wp:positionV relativeFrom="paragraph">
                  <wp:posOffset>137989</wp:posOffset>
                </wp:positionV>
                <wp:extent cx="85725" cy="161925"/>
                <wp:effectExtent l="57150" t="19050" r="66675" b="104775"/>
                <wp:wrapNone/>
                <wp:docPr id="1171180886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C7F767" w14:textId="77777777" w:rsidR="00867896" w:rsidRDefault="00867896" w:rsidP="00867896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32546" id="_x0000_s1073" type="#_x0000_t67" style="position:absolute;left:0;text-align:left;margin-left:249.15pt;margin-top:10.85pt;width:6.75pt;height:12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4C7F767" w14:textId="77777777" w:rsidR="00867896" w:rsidRDefault="00867896" w:rsidP="00867896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  <w:lang w:bidi="th-TH"/>
        </w:rPr>
        <w:t xml:space="preserve">  </w:t>
      </w:r>
    </w:p>
    <w:p w14:paraId="1FF35E20" w14:textId="7D87BD69" w:rsidR="00867896" w:rsidRDefault="002F7699" w:rsidP="00867896">
      <w:pPr>
        <w:jc w:val="center"/>
        <w:rPr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C8CABAC" wp14:editId="546EDF46">
                <wp:simplePos x="0" y="0"/>
                <wp:positionH relativeFrom="column">
                  <wp:posOffset>4814501</wp:posOffset>
                </wp:positionH>
                <wp:positionV relativeFrom="paragraph">
                  <wp:posOffset>218938</wp:posOffset>
                </wp:positionV>
                <wp:extent cx="1906822" cy="483458"/>
                <wp:effectExtent l="57150" t="19050" r="74930" b="88265"/>
                <wp:wrapNone/>
                <wp:docPr id="1351133920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48345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CDF088" w14:textId="7FE16C21" w:rsidR="00867896" w:rsidRPr="002F7699" w:rsidRDefault="002F7699" w:rsidP="008678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2</w:t>
                            </w:r>
                            <w:r w:rsidRP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CABAC" id="_x0000_s1074" style="position:absolute;left:0;text-align:left;margin-left:379.1pt;margin-top:17.25pt;width:150.15pt;height:38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3CDF088" w14:textId="7FE16C21" w:rsidR="00867896" w:rsidRPr="002F7699" w:rsidRDefault="002F7699" w:rsidP="0086789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2</w:t>
                      </w:r>
                      <w:r w:rsidRP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วัน</w:t>
                      </w:r>
                    </w:p>
                  </w:txbxContent>
                </v:textbox>
              </v:rect>
            </w:pict>
          </mc:Fallback>
        </mc:AlternateContent>
      </w:r>
      <w:r w:rsidR="00867896">
        <w:rPr>
          <w:rFonts w:hint="cs"/>
          <w:cs/>
          <w:lang w:bidi="th-TH"/>
        </w:rPr>
        <w:t xml:space="preserve">  </w:t>
      </w:r>
    </w:p>
    <w:p w14:paraId="566EBCDA" w14:textId="70B05D12" w:rsidR="00867896" w:rsidRDefault="00867896" w:rsidP="00867896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3F96BA3" wp14:editId="3FF449BF">
                <wp:simplePos x="0" y="0"/>
                <wp:positionH relativeFrom="column">
                  <wp:posOffset>3220065</wp:posOffset>
                </wp:positionH>
                <wp:positionV relativeFrom="paragraph">
                  <wp:posOffset>398903</wp:posOffset>
                </wp:positionV>
                <wp:extent cx="85725" cy="161925"/>
                <wp:effectExtent l="57150" t="19050" r="66675" b="104775"/>
                <wp:wrapNone/>
                <wp:docPr id="476295817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AA8E46" w14:textId="77777777" w:rsidR="00867896" w:rsidRDefault="00867896" w:rsidP="00867896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96BA3" id="_x0000_s1075" type="#_x0000_t67" style="position:absolute;left:0;text-align:left;margin-left:253.55pt;margin-top:31.4pt;width:6.75pt;height:12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5AA8E46" w14:textId="77777777" w:rsidR="00867896" w:rsidRDefault="00867896" w:rsidP="00867896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714FDF1E" w14:textId="46B5005E" w:rsidR="00867896" w:rsidRDefault="00D245C2" w:rsidP="00867896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A843B66" wp14:editId="160BFB33">
                <wp:simplePos x="0" y="0"/>
                <wp:positionH relativeFrom="column">
                  <wp:posOffset>2369511</wp:posOffset>
                </wp:positionH>
                <wp:positionV relativeFrom="paragraph">
                  <wp:posOffset>170145</wp:posOffset>
                </wp:positionV>
                <wp:extent cx="1890920" cy="612648"/>
                <wp:effectExtent l="57150" t="38100" r="71755" b="92710"/>
                <wp:wrapNone/>
                <wp:docPr id="1306663963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0920" cy="612648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987DE" w14:textId="7AD93C92" w:rsidR="00867896" w:rsidRDefault="00867896" w:rsidP="00867896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ดำเนินการจัดการเรียนการสอน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843B66" id="_x0000_s1076" type="#_x0000_t117" style="position:absolute;left:0;text-align:left;margin-left:186.6pt;margin-top:13.4pt;width:148.9pt;height:48.25p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89987DE" w14:textId="7AD93C92" w:rsidR="00867896" w:rsidRDefault="00867896" w:rsidP="00867896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ดำเนินการจัดการเรียนการสอน</w:t>
                      </w:r>
                    </w:p>
                  </w:txbxContent>
                </v:textbox>
              </v:shape>
            </w:pict>
          </mc:Fallback>
        </mc:AlternateContent>
      </w:r>
      <w:r w:rsidR="002F7699"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C67A3B4" wp14:editId="40D93E3F">
                <wp:simplePos x="0" y="0"/>
                <wp:positionH relativeFrom="column">
                  <wp:posOffset>4847453</wp:posOffset>
                </wp:positionH>
                <wp:positionV relativeFrom="paragraph">
                  <wp:posOffset>249435</wp:posOffset>
                </wp:positionV>
                <wp:extent cx="1906822" cy="417555"/>
                <wp:effectExtent l="57150" t="19050" r="74930" b="97155"/>
                <wp:wrapNone/>
                <wp:docPr id="925911866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4175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DFBA49" w14:textId="6EE7EF6F" w:rsidR="00867896" w:rsidRPr="009E1D6D" w:rsidRDefault="00867896" w:rsidP="008678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7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67A3B4" id="_x0000_s1077" style="position:absolute;left:0;text-align:left;margin-left:381.7pt;margin-top:19.65pt;width:150.15pt;height:32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9DFBA49" w14:textId="6EE7EF6F" w:rsidR="00867896" w:rsidRPr="009E1D6D" w:rsidRDefault="00867896" w:rsidP="0086789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7 วัน</w:t>
                      </w:r>
                    </w:p>
                  </w:txbxContent>
                </v:textbox>
              </v:rect>
            </w:pict>
          </mc:Fallback>
        </mc:AlternateContent>
      </w:r>
    </w:p>
    <w:p w14:paraId="202F7FA1" w14:textId="1ECC6190" w:rsidR="00867896" w:rsidRDefault="00867896" w:rsidP="00867896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B4D07E6" wp14:editId="1883F596">
                <wp:simplePos x="0" y="0"/>
                <wp:positionH relativeFrom="column">
                  <wp:posOffset>3221233</wp:posOffset>
                </wp:positionH>
                <wp:positionV relativeFrom="paragraph">
                  <wp:posOffset>434524</wp:posOffset>
                </wp:positionV>
                <wp:extent cx="85725" cy="161925"/>
                <wp:effectExtent l="57150" t="19050" r="66675" b="104775"/>
                <wp:wrapNone/>
                <wp:docPr id="1872395150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B9C81" w14:textId="77777777" w:rsidR="00867896" w:rsidRDefault="00867896" w:rsidP="00867896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D07E6" id="_x0000_s1078" type="#_x0000_t67" style="position:absolute;left:0;text-align:left;margin-left:253.65pt;margin-top:34.2pt;width:6.75pt;height:12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1DB9C81" w14:textId="77777777" w:rsidR="00867896" w:rsidRDefault="00867896" w:rsidP="00867896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59401589" w14:textId="162FD5F9" w:rsidR="00867896" w:rsidRDefault="00D245C2" w:rsidP="00867896">
      <w:pPr>
        <w:jc w:val="center"/>
        <w:rPr>
          <w:b/>
          <w:szCs w:val="32"/>
          <w:lang w:bidi="th-TH"/>
        </w:rPr>
      </w:pPr>
      <w:r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F89AE31" wp14:editId="19EFA637">
                <wp:simplePos x="0" y="0"/>
                <wp:positionH relativeFrom="margin">
                  <wp:posOffset>1958463</wp:posOffset>
                </wp:positionH>
                <wp:positionV relativeFrom="paragraph">
                  <wp:posOffset>274853</wp:posOffset>
                </wp:positionV>
                <wp:extent cx="2677297" cy="1197575"/>
                <wp:effectExtent l="57150" t="38100" r="85090" b="98425"/>
                <wp:wrapNone/>
                <wp:docPr id="1375144080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7297" cy="119757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B572F0" w14:textId="5B9C1A68" w:rsidR="00867896" w:rsidRDefault="002F7699" w:rsidP="00867896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วัดผลประเมินผลมอบวุฒิบัตร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9AE31" id="_x0000_s1079" type="#_x0000_t110" style="position:absolute;left:0;text-align:left;margin-left:154.2pt;margin-top:21.65pt;width:210.8pt;height:94.3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71B572F0" w14:textId="5B9C1A68" w:rsidR="00867896" w:rsidRDefault="002F7699" w:rsidP="00867896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วัดผลประเมินผลมอบวุฒิบัตร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7699"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BA7124E" wp14:editId="23BEAECA">
                <wp:simplePos x="0" y="0"/>
                <wp:positionH relativeFrom="margin">
                  <wp:align>right</wp:align>
                </wp:positionH>
                <wp:positionV relativeFrom="paragraph">
                  <wp:posOffset>361675</wp:posOffset>
                </wp:positionV>
                <wp:extent cx="1960348" cy="681167"/>
                <wp:effectExtent l="57150" t="19050" r="78105" b="100330"/>
                <wp:wrapNone/>
                <wp:docPr id="431664845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0348" cy="681167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9881E7" w14:textId="77777777" w:rsidR="00536000" w:rsidRDefault="00867896" w:rsidP="00536000">
                            <w:pPr>
                              <w:spacing w:after="0"/>
                              <w:jc w:val="center"/>
                              <w:rPr>
                                <w:szCs w:val="32"/>
                                <w:lang w:bidi="th-TH"/>
                              </w:rPr>
                            </w:pP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>ภายใน</w:t>
                            </w:r>
                            <w:r w:rsidR="002F7699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 ระยะเวลา</w:t>
                            </w:r>
                          </w:p>
                          <w:p w14:paraId="7D027DF9" w14:textId="4C6CCA44" w:rsidR="00867896" w:rsidRPr="009E1D6D" w:rsidRDefault="002F7699" w:rsidP="00536000">
                            <w:pPr>
                              <w:spacing w:after="0"/>
                              <w:jc w:val="center"/>
                              <w:rPr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>จัดการเรียนการสอน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7124E" id="_x0000_s1080" style="position:absolute;left:0;text-align:left;margin-left:103.15pt;margin-top:28.5pt;width:154.35pt;height:53.65pt;z-index:251749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49881E7" w14:textId="77777777" w:rsidR="00536000" w:rsidRDefault="00867896" w:rsidP="00536000">
                      <w:pPr>
                        <w:spacing w:after="0"/>
                        <w:jc w:val="center"/>
                        <w:rPr>
                          <w:szCs w:val="32"/>
                          <w:lang w:bidi="th-TH"/>
                        </w:rPr>
                      </w:pP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>ภายใน</w:t>
                      </w:r>
                      <w:r w:rsidR="002F7699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 ระยะเวลา</w:t>
                      </w:r>
                    </w:p>
                    <w:p w14:paraId="7D027DF9" w14:textId="4C6CCA44" w:rsidR="00867896" w:rsidRPr="009E1D6D" w:rsidRDefault="002F7699" w:rsidP="00536000">
                      <w:pPr>
                        <w:spacing w:after="0"/>
                        <w:jc w:val="center"/>
                        <w:rPr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hint="cs"/>
                          <w:szCs w:val="32"/>
                          <w:cs/>
                          <w:lang w:bidi="th-TH"/>
                        </w:rPr>
                        <w:t>จัดการเรียนการสอน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86FEA4" w14:textId="7E8D6220" w:rsidR="00867896" w:rsidRDefault="00867896" w:rsidP="00867896">
      <w:pPr>
        <w:jc w:val="center"/>
        <w:rPr>
          <w:b/>
          <w:szCs w:val="32"/>
          <w:lang w:bidi="th-TH"/>
        </w:rPr>
      </w:pPr>
    </w:p>
    <w:p w14:paraId="77E39332" w14:textId="437D68BD" w:rsidR="00867896" w:rsidRDefault="00867896" w:rsidP="00867896">
      <w:pPr>
        <w:jc w:val="center"/>
        <w:rPr>
          <w:b/>
          <w:szCs w:val="32"/>
          <w:lang w:bidi="th-TH"/>
        </w:rPr>
      </w:pPr>
    </w:p>
    <w:p w14:paraId="7092D927" w14:textId="3D27E510" w:rsidR="00867896" w:rsidRDefault="00D245C2" w:rsidP="00867896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2DCA558" wp14:editId="67F0BFEB">
                <wp:simplePos x="0" y="0"/>
                <wp:positionH relativeFrom="margin">
                  <wp:align>center</wp:align>
                </wp:positionH>
                <wp:positionV relativeFrom="paragraph">
                  <wp:posOffset>238314</wp:posOffset>
                </wp:positionV>
                <wp:extent cx="85725" cy="161925"/>
                <wp:effectExtent l="57150" t="19050" r="66675" b="104775"/>
                <wp:wrapNone/>
                <wp:docPr id="809426648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806E9D" w14:textId="77777777" w:rsidR="00867896" w:rsidRDefault="00867896" w:rsidP="00867896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CA558" id="_x0000_s1081" type="#_x0000_t67" style="position:absolute;left:0;text-align:left;margin-left:0;margin-top:18.75pt;width:6.75pt;height:12.75pt;z-index:251744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7806E9D" w14:textId="77777777" w:rsidR="00867896" w:rsidRDefault="00867896" w:rsidP="00867896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A18DE6" w14:textId="4D59AA6F" w:rsidR="00867896" w:rsidRDefault="00D245C2" w:rsidP="00867896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ED801F6" wp14:editId="03EC4CB4">
                <wp:simplePos x="0" y="0"/>
                <wp:positionH relativeFrom="margin">
                  <wp:align>center</wp:align>
                </wp:positionH>
                <wp:positionV relativeFrom="paragraph">
                  <wp:posOffset>38169</wp:posOffset>
                </wp:positionV>
                <wp:extent cx="1731894" cy="982814"/>
                <wp:effectExtent l="57150" t="38100" r="78105" b="103505"/>
                <wp:wrapNone/>
                <wp:docPr id="416684502" name="แผนผังลําดับงาน: กระบวนการสำรอ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894" cy="982814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49B7E5" w14:textId="2F009388" w:rsidR="00867896" w:rsidRDefault="002F7699" w:rsidP="00867896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ติดตามผล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801F6" id="_x0000_s1082" type="#_x0000_t176" style="position:absolute;left:0;text-align:left;margin-left:0;margin-top:3pt;width:136.35pt;height:77.4pt;z-index:2517381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149B7E5" w14:textId="2F009388" w:rsidR="00867896" w:rsidRDefault="002F7699" w:rsidP="00867896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ติดตามผล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65ABF85" wp14:editId="118A3152">
                <wp:simplePos x="0" y="0"/>
                <wp:positionH relativeFrom="margin">
                  <wp:align>right</wp:align>
                </wp:positionH>
                <wp:positionV relativeFrom="paragraph">
                  <wp:posOffset>273256</wp:posOffset>
                </wp:positionV>
                <wp:extent cx="1906822" cy="747069"/>
                <wp:effectExtent l="57150" t="19050" r="74930" b="91440"/>
                <wp:wrapNone/>
                <wp:docPr id="1297278406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747069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AF2123" w14:textId="010D0591" w:rsidR="00867896" w:rsidRPr="009E1D6D" w:rsidRDefault="00867896" w:rsidP="00867896">
                            <w:pPr>
                              <w:jc w:val="center"/>
                              <w:rPr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="00536000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>ระยะเวลาดำเนินโครงการ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5ABF85" id="_x0000_s1083" style="position:absolute;left:0;text-align:left;margin-left:98.95pt;margin-top:21.5pt;width:150.15pt;height:58.8pt;z-index:251750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8AF2123" w14:textId="010D0591" w:rsidR="00867896" w:rsidRPr="009E1D6D" w:rsidRDefault="00867896" w:rsidP="00867896">
                      <w:pPr>
                        <w:jc w:val="center"/>
                        <w:rPr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="00536000">
                        <w:rPr>
                          <w:rFonts w:hint="cs"/>
                          <w:szCs w:val="32"/>
                          <w:cs/>
                          <w:lang w:bidi="th-TH"/>
                        </w:rPr>
                        <w:t>ระยะเวลาดำเนินโครงการ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CD9D93" w14:textId="7500D229" w:rsidR="00867896" w:rsidRDefault="00867896" w:rsidP="00867896">
      <w:pPr>
        <w:jc w:val="center"/>
        <w:rPr>
          <w:b/>
          <w:szCs w:val="32"/>
          <w:lang w:bidi="th-TH"/>
        </w:rPr>
      </w:pPr>
    </w:p>
    <w:p w14:paraId="178EB0BF" w14:textId="7663D08B" w:rsidR="00D245C2" w:rsidRDefault="00D7452E" w:rsidP="00867896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3060B9" wp14:editId="56EBFCC6">
                <wp:simplePos x="0" y="0"/>
                <wp:positionH relativeFrom="margin">
                  <wp:posOffset>199881</wp:posOffset>
                </wp:positionH>
                <wp:positionV relativeFrom="paragraph">
                  <wp:posOffset>291383</wp:posOffset>
                </wp:positionV>
                <wp:extent cx="1811407" cy="418272"/>
                <wp:effectExtent l="57150" t="19050" r="74930" b="96520"/>
                <wp:wrapNone/>
                <wp:docPr id="35862562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407" cy="41827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0A361" w14:textId="77777777" w:rsidR="00867896" w:rsidRPr="00F025E6" w:rsidRDefault="00867896" w:rsidP="0086789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จุดบริการ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ขั้นตอนปฏิบัติ</w:t>
                            </w:r>
                          </w:p>
                          <w:p w14:paraId="5FD8C622" w14:textId="77777777" w:rsidR="00867896" w:rsidRDefault="00867896" w:rsidP="008678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060B9" id="_x0000_s1084" style="position:absolute;left:0;text-align:left;margin-left:15.75pt;margin-top:22.95pt;width:142.65pt;height:32.9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890A361" w14:textId="77777777" w:rsidR="00867896" w:rsidRPr="00F025E6" w:rsidRDefault="00867896" w:rsidP="0086789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 xml:space="preserve">จุดบริการ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ขั้นตอนปฏิบัติ</w:t>
                      </w:r>
                    </w:p>
                    <w:p w14:paraId="5FD8C622" w14:textId="77777777" w:rsidR="00867896" w:rsidRDefault="00867896" w:rsidP="0086789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22F542" w14:textId="5CDBC6BB" w:rsidR="00867896" w:rsidRDefault="00536000" w:rsidP="00867896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77A6A19" wp14:editId="00ADD245">
                <wp:simplePos x="0" y="0"/>
                <wp:positionH relativeFrom="column">
                  <wp:posOffset>4878911</wp:posOffset>
                </wp:positionH>
                <wp:positionV relativeFrom="paragraph">
                  <wp:posOffset>23495</wp:posOffset>
                </wp:positionV>
                <wp:extent cx="1842719" cy="752226"/>
                <wp:effectExtent l="57150" t="19050" r="81915" b="86360"/>
                <wp:wrapNone/>
                <wp:docPr id="121189000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719" cy="752226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506229" w14:textId="77777777" w:rsidR="00867896" w:rsidRPr="00F025E6" w:rsidRDefault="00867896" w:rsidP="0086789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ผู้รับผิดชอบการให้บริการ</w:t>
                            </w:r>
                          </w:p>
                          <w:p w14:paraId="5DD27F1B" w14:textId="77777777" w:rsidR="00867896" w:rsidRPr="00F025E6" w:rsidRDefault="00867896" w:rsidP="0086789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กลุ่มอำนวยการ</w:t>
                            </w:r>
                          </w:p>
                          <w:p w14:paraId="6F632232" w14:textId="77777777" w:rsidR="00867896" w:rsidRPr="00F025E6" w:rsidRDefault="00867896" w:rsidP="00867896">
                            <w:pPr>
                              <w:jc w:val="center"/>
                              <w:rPr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โทร </w:t>
                            </w:r>
                            <w:r w:rsidRPr="00F025E6">
                              <w:rPr>
                                <w:b/>
                                <w:szCs w:val="32"/>
                                <w:lang w:bidi="th-TH"/>
                              </w:rPr>
                              <w:t>02 866 2830</w:t>
                            </w:r>
                          </w:p>
                          <w:p w14:paraId="4923CDE0" w14:textId="77777777" w:rsidR="00867896" w:rsidRDefault="00867896" w:rsidP="008678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A6A19" id="_x0000_s1085" style="position:absolute;left:0;text-align:left;margin-left:384.15pt;margin-top:1.85pt;width:145.1pt;height:59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3506229" w14:textId="77777777" w:rsidR="00867896" w:rsidRPr="00F025E6" w:rsidRDefault="00867896" w:rsidP="0086789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ผู้รับผิดชอบการให้บริการ</w:t>
                      </w:r>
                    </w:p>
                    <w:p w14:paraId="5DD27F1B" w14:textId="77777777" w:rsidR="00867896" w:rsidRPr="00F025E6" w:rsidRDefault="00867896" w:rsidP="0086789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กลุ่มอำนวยการ</w:t>
                      </w:r>
                    </w:p>
                    <w:p w14:paraId="6F632232" w14:textId="77777777" w:rsidR="00867896" w:rsidRPr="00F025E6" w:rsidRDefault="00867896" w:rsidP="00867896">
                      <w:pPr>
                        <w:jc w:val="center"/>
                        <w:rPr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b/>
                          <w:szCs w:val="32"/>
                          <w:cs/>
                          <w:lang w:bidi="th-TH"/>
                        </w:rPr>
                        <w:t xml:space="preserve">โทร </w:t>
                      </w:r>
                      <w:r w:rsidRPr="00F025E6">
                        <w:rPr>
                          <w:b/>
                          <w:szCs w:val="32"/>
                          <w:lang w:bidi="th-TH"/>
                        </w:rPr>
                        <w:t>02 866 2830</w:t>
                      </w:r>
                    </w:p>
                    <w:p w14:paraId="4923CDE0" w14:textId="77777777" w:rsidR="00867896" w:rsidRDefault="00867896" w:rsidP="008678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67896">
        <w:rPr>
          <w:rFonts w:hint="cs"/>
          <w:b/>
          <w:szCs w:val="32"/>
          <w:cs/>
          <w:lang w:bidi="th-TH"/>
        </w:rPr>
        <w:t xml:space="preserve">                        </w:t>
      </w:r>
    </w:p>
    <w:p w14:paraId="23E4CB39" w14:textId="77777777" w:rsidR="00867896" w:rsidRPr="00240BF3" w:rsidRDefault="00867896" w:rsidP="00867896">
      <w:pPr>
        <w:spacing w:after="0"/>
        <w:rPr>
          <w:rFonts w:ascii="TH SarabunPSK" w:hAnsi="TH SarabunPSK" w:cs="TH SarabunPSK"/>
          <w:szCs w:val="32"/>
          <w:lang w:bidi="th-TH"/>
        </w:rPr>
      </w:pPr>
      <w:proofErr w:type="spellStart"/>
      <w:proofErr w:type="gramStart"/>
      <w:r w:rsidRPr="00240BF3">
        <w:rPr>
          <w:rFonts w:ascii="TH SarabunPSK" w:hAnsi="TH SarabunPSK" w:cs="TH SarabunPSK"/>
          <w:szCs w:val="32"/>
        </w:rPr>
        <w:t>หมายเหตุ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:</w:t>
      </w:r>
      <w:proofErr w:type="gramEnd"/>
      <w:r w:rsidRPr="00240BF3">
        <w:rPr>
          <w:rFonts w:ascii="TH SarabunPSK" w:hAnsi="TH SarabunPSK" w:cs="TH SarabunPSK"/>
          <w:szCs w:val="32"/>
        </w:rPr>
        <w:t xml:space="preserve"> </w:t>
      </w:r>
      <w:proofErr w:type="spellStart"/>
      <w:r w:rsidRPr="00240BF3">
        <w:rPr>
          <w:rFonts w:ascii="TH SarabunPSK" w:hAnsi="TH SarabunPSK" w:cs="TH SarabunPSK"/>
          <w:szCs w:val="32"/>
        </w:rPr>
        <w:t>ไม่มีค่าธรรมเนียม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/ </w:t>
      </w:r>
      <w:r w:rsidRPr="00240BF3">
        <w:rPr>
          <w:rFonts w:ascii="TH SarabunPSK" w:hAnsi="TH SarabunPSK" w:cs="TH SarabunPSK"/>
          <w:szCs w:val="32"/>
          <w:cs/>
          <w:lang w:bidi="th-TH"/>
        </w:rPr>
        <w:t>ไม่ม</w:t>
      </w:r>
      <w:r>
        <w:rPr>
          <w:rFonts w:ascii="TH SarabunPSK" w:hAnsi="TH SarabunPSK" w:cs="TH SarabunPSK" w:hint="cs"/>
          <w:szCs w:val="32"/>
          <w:cs/>
          <w:lang w:bidi="th-TH"/>
        </w:rPr>
        <w:t>ี</w:t>
      </w:r>
      <w:r w:rsidRPr="00240BF3">
        <w:rPr>
          <w:rFonts w:ascii="TH SarabunPSK" w:hAnsi="TH SarabunPSK" w:cs="TH SarabunPSK"/>
          <w:szCs w:val="32"/>
          <w:cs/>
          <w:lang w:bidi="th-TH"/>
        </w:rPr>
        <w:t>รายการ</w:t>
      </w:r>
      <w:proofErr w:type="spellStart"/>
      <w:r w:rsidRPr="00240BF3">
        <w:rPr>
          <w:rFonts w:ascii="TH SarabunPSK" w:hAnsi="TH SarabunPSK" w:cs="TH SarabunPSK"/>
          <w:szCs w:val="32"/>
        </w:rPr>
        <w:t>เอกสาร</w:t>
      </w:r>
      <w:proofErr w:type="spellEnd"/>
    </w:p>
    <w:p w14:paraId="1B552067" w14:textId="77777777" w:rsidR="00867896" w:rsidRPr="00240BF3" w:rsidRDefault="00867896" w:rsidP="00867896">
      <w:pPr>
        <w:spacing w:after="0"/>
        <w:rPr>
          <w:rFonts w:ascii="TH SarabunPSK" w:hAnsi="TH SarabunPSK" w:cs="TH SarabunPSK"/>
          <w:szCs w:val="32"/>
        </w:rPr>
      </w:pPr>
      <w:proofErr w:type="spellStart"/>
      <w:r w:rsidRPr="00240BF3">
        <w:rPr>
          <w:rFonts w:ascii="TH SarabunPSK" w:hAnsi="TH SarabunPSK" w:cs="TH SarabunPSK"/>
          <w:szCs w:val="32"/>
        </w:rPr>
        <w:t>หลักฐานประกอบการยื่นคำขอให้เป็นไปตามประเภทของงานบริการ</w:t>
      </w:r>
      <w:proofErr w:type="spellEnd"/>
    </w:p>
    <w:p w14:paraId="0E31FD51" w14:textId="77777777" w:rsidR="00536000" w:rsidRDefault="00536000" w:rsidP="00536000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622E877" wp14:editId="1D424080">
                <wp:simplePos x="0" y="0"/>
                <wp:positionH relativeFrom="column">
                  <wp:posOffset>1436701</wp:posOffset>
                </wp:positionH>
                <wp:positionV relativeFrom="paragraph">
                  <wp:posOffset>30977</wp:posOffset>
                </wp:positionV>
                <wp:extent cx="3918502" cy="450077"/>
                <wp:effectExtent l="76200" t="57150" r="82550" b="102870"/>
                <wp:wrapNone/>
                <wp:docPr id="415454345" name="แผนผังลําดับงาน: กระบวนการสำรอ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502" cy="450077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12D5C" w14:textId="19321824" w:rsidR="00536000" w:rsidRPr="00355C00" w:rsidRDefault="00536000" w:rsidP="00536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</w:rPr>
                            </w:pPr>
                            <w:proofErr w:type="spellStart"/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</w:rPr>
                              <w:t>ขั้นตอนการ</w:t>
                            </w:r>
                            <w:proofErr w:type="spellEnd"/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  <w:cs/>
                                <w:lang w:bidi="th-TH"/>
                              </w:rPr>
                              <w:t>ปฏิบัติกลุ่ม</w:t>
                            </w:r>
                            <w:r>
                              <w:rPr>
                                <w:rFonts w:ascii="TH SarabunPSK" w:hAnsi="TH SarabunPSK" w:cs="TH SarabunPSK" w:hint="cs"/>
                                <w:bCs/>
                                <w:szCs w:val="32"/>
                                <w:cs/>
                                <w:lang w:bidi="th-TH"/>
                              </w:rPr>
                              <w:t>งานการศึกษาเพื่อคุณวุฒิตามระดับ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2E877" id="_x0000_s1086" type="#_x0000_t176" style="position:absolute;left:0;text-align:left;margin-left:113.15pt;margin-top:2.45pt;width:308.55pt;height:35.4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" fillcolor="#4f81bd [3204]" strokecolor="white [3201]" strokeweight="3pt">
                <v:shadow on="t" color="black" opacity="24903f" origin=",.5" offset="0,.55556mm"/>
                <v:textbox>
                  <w:txbxContent>
                    <w:p w14:paraId="15D12D5C" w14:textId="19321824" w:rsidR="00536000" w:rsidRPr="00355C00" w:rsidRDefault="00536000" w:rsidP="00536000">
                      <w:pPr>
                        <w:jc w:val="center"/>
                        <w:rPr>
                          <w:rFonts w:ascii="TH SarabunPSK" w:hAnsi="TH SarabunPSK" w:cs="TH SarabunPSK"/>
                          <w:bCs/>
                        </w:rPr>
                      </w:pPr>
                      <w:proofErr w:type="spellStart"/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</w:rPr>
                        <w:t>ขั้นตอนการ</w:t>
                      </w:r>
                      <w:proofErr w:type="spellEnd"/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  <w:cs/>
                          <w:lang w:bidi="th-TH"/>
                        </w:rPr>
                        <w:t>ปฏิบัติกลุ่ม</w:t>
                      </w:r>
                      <w:r>
                        <w:rPr>
                          <w:rFonts w:ascii="TH SarabunPSK" w:hAnsi="TH SarabunPSK" w:cs="TH SarabunPSK" w:hint="cs"/>
                          <w:bCs/>
                          <w:szCs w:val="32"/>
                          <w:cs/>
                          <w:lang w:bidi="th-TH"/>
                        </w:rPr>
                        <w:t>งานการศึกษาเพื่อคุณวุฒิตามระดับ</w:t>
                      </w:r>
                    </w:p>
                  </w:txbxContent>
                </v:textbox>
              </v:shape>
            </w:pict>
          </mc:Fallback>
        </mc:AlternateContent>
      </w:r>
    </w:p>
    <w:p w14:paraId="2ECFBAA8" w14:textId="77777777" w:rsidR="00536000" w:rsidRPr="00355C00" w:rsidRDefault="00536000" w:rsidP="00536000">
      <w:pPr>
        <w:jc w:val="center"/>
        <w:rPr>
          <w:b/>
          <w:szCs w:val="32"/>
          <w:lang w:bidi="th-TH"/>
        </w:rPr>
      </w:pPr>
      <w:r w:rsidRPr="00355C00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509DAD1" wp14:editId="061C590C">
                <wp:simplePos x="0" y="0"/>
                <wp:positionH relativeFrom="column">
                  <wp:posOffset>3151974</wp:posOffset>
                </wp:positionH>
                <wp:positionV relativeFrom="paragraph">
                  <wp:posOffset>194614</wp:posOffset>
                </wp:positionV>
                <wp:extent cx="85725" cy="161925"/>
                <wp:effectExtent l="57150" t="19050" r="66675" b="104775"/>
                <wp:wrapNone/>
                <wp:docPr id="1105721348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CED15" id="ลูกศร: ลง 5" o:spid="_x0000_s1026" type="#_x0000_t67" style="position:absolute;margin-left:248.2pt;margin-top:15.3pt;width:6.75pt;height:12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72389BA4" w14:textId="77777777" w:rsidR="00536000" w:rsidRDefault="00536000" w:rsidP="005360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890E207" wp14:editId="670E4587">
                <wp:simplePos x="0" y="0"/>
                <wp:positionH relativeFrom="column">
                  <wp:posOffset>4765074</wp:posOffset>
                </wp:positionH>
                <wp:positionV relativeFrom="paragraph">
                  <wp:posOffset>175329</wp:posOffset>
                </wp:positionV>
                <wp:extent cx="1906822" cy="656452"/>
                <wp:effectExtent l="57150" t="19050" r="74930" b="86995"/>
                <wp:wrapNone/>
                <wp:docPr id="554108785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65645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C5EE7A" w14:textId="41DE926F" w:rsidR="00536000" w:rsidRPr="00F025E6" w:rsidRDefault="00D245C2" w:rsidP="00536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30  เม.ย.และ1-31 ต.ค.ของทุกปี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0E207" id="_x0000_s1087" style="position:absolute;left:0;text-align:left;margin-left:375.2pt;margin-top:13.8pt;width:150.15pt;height:51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4C5EE7A" w14:textId="41DE926F" w:rsidR="00536000" w:rsidRPr="00F025E6" w:rsidRDefault="00D245C2" w:rsidP="0053600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30  เม.ย.และ1-31 ต.ค.ของทุกปี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6C073A7" wp14:editId="6021B777">
                <wp:simplePos x="0" y="0"/>
                <wp:positionH relativeFrom="column">
                  <wp:posOffset>2219582</wp:posOffset>
                </wp:positionH>
                <wp:positionV relativeFrom="paragraph">
                  <wp:posOffset>30892</wp:posOffset>
                </wp:positionV>
                <wp:extent cx="1700088" cy="835111"/>
                <wp:effectExtent l="57150" t="38100" r="71755" b="98425"/>
                <wp:wrapNone/>
                <wp:docPr id="25296478" name="แผนผังลําดับงาน: กระบวนการสำรอ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088" cy="835111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A7FD0" w14:textId="306C3BB3" w:rsidR="00536000" w:rsidRPr="00355C00" w:rsidRDefault="00536000" w:rsidP="00536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สำรวจความต้องการและ</w:t>
                            </w:r>
                            <w:r w:rsidR="00D245C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รับสมัครนักศึกษาใหม่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073A7" id="_x0000_s1088" type="#_x0000_t176" style="position:absolute;left:0;text-align:left;margin-left:174.75pt;margin-top:2.45pt;width:133.85pt;height:65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85A7FD0" w14:textId="306C3BB3" w:rsidR="00536000" w:rsidRPr="00355C00" w:rsidRDefault="00536000" w:rsidP="0053600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สำรวจความต้องการและ</w:t>
                      </w:r>
                      <w:r w:rsidR="00D245C2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รับสมัครนักศึกษาใหม่</w:t>
                      </w:r>
                    </w:p>
                  </w:txbxContent>
                </v:textbox>
              </v:shape>
            </w:pict>
          </mc:Fallback>
        </mc:AlternateContent>
      </w:r>
    </w:p>
    <w:p w14:paraId="00B7CFE7" w14:textId="77777777" w:rsidR="00536000" w:rsidRDefault="00536000" w:rsidP="00536000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8883C5B" wp14:editId="6D8026A7">
                <wp:simplePos x="0" y="0"/>
                <wp:positionH relativeFrom="column">
                  <wp:posOffset>3193111</wp:posOffset>
                </wp:positionH>
                <wp:positionV relativeFrom="paragraph">
                  <wp:posOffset>401072</wp:posOffset>
                </wp:positionV>
                <wp:extent cx="85725" cy="161925"/>
                <wp:effectExtent l="57150" t="19050" r="66675" b="104775"/>
                <wp:wrapNone/>
                <wp:docPr id="1559081114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7EDB9A" w14:textId="77777777" w:rsidR="00536000" w:rsidRDefault="00536000" w:rsidP="005360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83C5B" id="_x0000_s1089" type="#_x0000_t67" style="position:absolute;left:0;text-align:left;margin-left:251.45pt;margin-top:31.6pt;width:6.75pt;height:12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B7EDB9A" w14:textId="77777777" w:rsidR="00536000" w:rsidRDefault="00536000" w:rsidP="00536000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</w:t>
      </w:r>
    </w:p>
    <w:p w14:paraId="26AF84FF" w14:textId="77777777" w:rsidR="00536000" w:rsidRDefault="00536000" w:rsidP="005360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857CC54" wp14:editId="0B468F81">
                <wp:simplePos x="0" y="0"/>
                <wp:positionH relativeFrom="column">
                  <wp:posOffset>4770086</wp:posOffset>
                </wp:positionH>
                <wp:positionV relativeFrom="paragraph">
                  <wp:posOffset>348993</wp:posOffset>
                </wp:positionV>
                <wp:extent cx="1906822" cy="362612"/>
                <wp:effectExtent l="57150" t="19050" r="74930" b="94615"/>
                <wp:wrapNone/>
                <wp:docPr id="2062484774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F19C3F" w14:textId="77777777" w:rsidR="00536000" w:rsidRPr="00F025E6" w:rsidRDefault="00536000" w:rsidP="00536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  <w:t>3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7CC54" id="_x0000_s1090" style="position:absolute;left:0;text-align:left;margin-left:375.6pt;margin-top:27.5pt;width:150.15pt;height:28.5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CF19C3F" w14:textId="77777777" w:rsidR="00536000" w:rsidRPr="00F025E6" w:rsidRDefault="00536000" w:rsidP="0053600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  <w:t>3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วัน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CFC0B4D" wp14:editId="5C4A4EBB">
                <wp:simplePos x="0" y="0"/>
                <wp:positionH relativeFrom="column">
                  <wp:posOffset>2072806</wp:posOffset>
                </wp:positionH>
                <wp:positionV relativeFrom="paragraph">
                  <wp:posOffset>229318</wp:posOffset>
                </wp:positionV>
                <wp:extent cx="2193069" cy="612140"/>
                <wp:effectExtent l="57150" t="38100" r="74295" b="92710"/>
                <wp:wrapNone/>
                <wp:docPr id="1518320316" name="แผนผังลําดับงาน: ข้อมูล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069" cy="61214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4801DF" w14:textId="1201D4B0" w:rsidR="00536000" w:rsidRPr="00F025E6" w:rsidRDefault="00536000" w:rsidP="00536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วางแผนจัด</w:t>
                            </w:r>
                            <w:r w:rsidR="00D245C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การเรียนรู้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FC0B4D" id="_x0000_s1091" type="#_x0000_t111" style="position:absolute;left:0;text-align:left;margin-left:163.2pt;margin-top:18.05pt;width:172.7pt;height:48.2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104801DF" w14:textId="1201D4B0" w:rsidR="00536000" w:rsidRPr="00F025E6" w:rsidRDefault="00536000" w:rsidP="0053600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วางแผนจัด</w:t>
                      </w:r>
                      <w:r w:rsidR="00D245C2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การเรียนรู้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noProof/>
          <w:szCs w:val="32"/>
          <w:cs/>
          <w:lang w:bidi="th-TH"/>
        </w:rPr>
        <w:t xml:space="preserve">      </w:t>
      </w:r>
    </w:p>
    <w:p w14:paraId="368DE755" w14:textId="77777777" w:rsidR="00536000" w:rsidRDefault="00536000" w:rsidP="00536000">
      <w:pPr>
        <w:jc w:val="center"/>
        <w:rPr>
          <w:b/>
          <w:szCs w:val="32"/>
          <w:lang w:bidi="th-TH"/>
        </w:rPr>
      </w:pPr>
      <w:r>
        <w:rPr>
          <w:rFonts w:hint="cs"/>
          <w:b/>
          <w:szCs w:val="32"/>
          <w:cs/>
          <w:lang w:bidi="th-TH"/>
        </w:rPr>
        <w:t xml:space="preserve">                  </w:t>
      </w:r>
    </w:p>
    <w:p w14:paraId="7CF06BCC" w14:textId="77777777" w:rsidR="00536000" w:rsidRDefault="00536000" w:rsidP="00536000">
      <w:pPr>
        <w:jc w:val="center"/>
        <w:rPr>
          <w:lang w:bidi="th-TH"/>
        </w:rPr>
      </w:pPr>
      <w:r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9BB39E5" wp14:editId="081B5944">
                <wp:simplePos x="0" y="0"/>
                <wp:positionH relativeFrom="column">
                  <wp:posOffset>1939496</wp:posOffset>
                </wp:positionH>
                <wp:positionV relativeFrom="paragraph">
                  <wp:posOffset>295927</wp:posOffset>
                </wp:positionV>
                <wp:extent cx="2570154" cy="1197576"/>
                <wp:effectExtent l="57150" t="38100" r="78105" b="98425"/>
                <wp:wrapNone/>
                <wp:docPr id="1058868009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0154" cy="1197576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975C37" w14:textId="7C8BA656" w:rsidR="00536000" w:rsidRPr="00F025E6" w:rsidRDefault="00536000" w:rsidP="0053600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เสนอ</w:t>
                            </w:r>
                            <w:r w:rsidR="00D245C2"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แผนจัดการเรียนรู้</w:t>
                            </w:r>
                          </w:p>
                          <w:p w14:paraId="60B96120" w14:textId="77777777" w:rsidR="00536000" w:rsidRDefault="00536000" w:rsidP="005360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B39E5" id="_x0000_s1092" type="#_x0000_t110" style="position:absolute;left:0;text-align:left;margin-left:152.7pt;margin-top:23.3pt;width:202.35pt;height:94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3975C37" w14:textId="7C8BA656" w:rsidR="00536000" w:rsidRPr="00F025E6" w:rsidRDefault="00536000" w:rsidP="0053600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เสนอ</w:t>
                      </w:r>
                      <w:r w:rsidR="00D245C2"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แผนจัดการเรียนรู้</w:t>
                      </w:r>
                    </w:p>
                    <w:p w14:paraId="60B96120" w14:textId="77777777" w:rsidR="00536000" w:rsidRDefault="00536000" w:rsidP="0053600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E5FB351" wp14:editId="386F339F">
                <wp:simplePos x="0" y="0"/>
                <wp:positionH relativeFrom="column">
                  <wp:posOffset>3164205</wp:posOffset>
                </wp:positionH>
                <wp:positionV relativeFrom="paragraph">
                  <wp:posOffset>137989</wp:posOffset>
                </wp:positionV>
                <wp:extent cx="85725" cy="161925"/>
                <wp:effectExtent l="57150" t="19050" r="66675" b="104775"/>
                <wp:wrapNone/>
                <wp:docPr id="527072417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239361" w14:textId="77777777" w:rsidR="00536000" w:rsidRDefault="00536000" w:rsidP="005360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FB351" id="_x0000_s1093" type="#_x0000_t67" style="position:absolute;left:0;text-align:left;margin-left:249.15pt;margin-top:10.85pt;width:6.75pt;height:12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0239361" w14:textId="77777777" w:rsidR="00536000" w:rsidRDefault="00536000" w:rsidP="00536000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  <w:lang w:bidi="th-TH"/>
        </w:rPr>
        <w:t xml:space="preserve">  </w:t>
      </w:r>
    </w:p>
    <w:p w14:paraId="2E647762" w14:textId="77777777" w:rsidR="00536000" w:rsidRDefault="00536000" w:rsidP="00536000">
      <w:pPr>
        <w:jc w:val="center"/>
        <w:rPr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D1C24B8" wp14:editId="5BB96508">
                <wp:simplePos x="0" y="0"/>
                <wp:positionH relativeFrom="column">
                  <wp:posOffset>4814501</wp:posOffset>
                </wp:positionH>
                <wp:positionV relativeFrom="paragraph">
                  <wp:posOffset>218938</wp:posOffset>
                </wp:positionV>
                <wp:extent cx="1906822" cy="483458"/>
                <wp:effectExtent l="57150" t="19050" r="74930" b="88265"/>
                <wp:wrapNone/>
                <wp:docPr id="1419190745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48345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2CE74C" w14:textId="77777777" w:rsidR="00536000" w:rsidRPr="002F7699" w:rsidRDefault="00536000" w:rsidP="00536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2</w:t>
                            </w:r>
                            <w:r w:rsidRP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C24B8" id="_x0000_s1094" style="position:absolute;left:0;text-align:left;margin-left:379.1pt;margin-top:17.25pt;width:150.15pt;height:38.0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22CE74C" w14:textId="77777777" w:rsidR="00536000" w:rsidRPr="002F7699" w:rsidRDefault="00536000" w:rsidP="0053600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2</w:t>
                      </w:r>
                      <w:r w:rsidRP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วัน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cs/>
          <w:lang w:bidi="th-TH"/>
        </w:rPr>
        <w:t xml:space="preserve">  </w:t>
      </w:r>
    </w:p>
    <w:p w14:paraId="5F44B142" w14:textId="77777777" w:rsidR="00536000" w:rsidRDefault="00536000" w:rsidP="00536000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265DAF7" wp14:editId="3B805B5B">
                <wp:simplePos x="0" y="0"/>
                <wp:positionH relativeFrom="column">
                  <wp:posOffset>3143507</wp:posOffset>
                </wp:positionH>
                <wp:positionV relativeFrom="paragraph">
                  <wp:posOffset>337717</wp:posOffset>
                </wp:positionV>
                <wp:extent cx="85725" cy="161925"/>
                <wp:effectExtent l="57150" t="19050" r="66675" b="104775"/>
                <wp:wrapNone/>
                <wp:docPr id="2096586246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9E003E" w14:textId="77777777" w:rsidR="00536000" w:rsidRDefault="00536000" w:rsidP="005360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5DAF7" id="_x0000_s1095" type="#_x0000_t67" style="position:absolute;left:0;text-align:left;margin-left:247.5pt;margin-top:26.6pt;width:6.75pt;height:12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29E003E" w14:textId="77777777" w:rsidR="00536000" w:rsidRDefault="00536000" w:rsidP="00536000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695115D4" w14:textId="77777777" w:rsidR="00536000" w:rsidRDefault="00536000" w:rsidP="005360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092DC33" wp14:editId="6D165768">
                <wp:simplePos x="0" y="0"/>
                <wp:positionH relativeFrom="column">
                  <wp:posOffset>4847453</wp:posOffset>
                </wp:positionH>
                <wp:positionV relativeFrom="paragraph">
                  <wp:posOffset>249435</wp:posOffset>
                </wp:positionV>
                <wp:extent cx="1906822" cy="417555"/>
                <wp:effectExtent l="57150" t="19050" r="74930" b="97155"/>
                <wp:wrapNone/>
                <wp:docPr id="900577551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4175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EE3F19" w14:textId="16D5A858" w:rsidR="00536000" w:rsidRPr="009E1D6D" w:rsidRDefault="00536000" w:rsidP="005360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="00D245C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1 ภาคเรียน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2DC33" id="_x0000_s1096" style="position:absolute;left:0;text-align:left;margin-left:381.7pt;margin-top:19.65pt;width:150.15pt;height:32.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BEE3F19" w14:textId="16D5A858" w:rsidR="00536000" w:rsidRPr="009E1D6D" w:rsidRDefault="00536000" w:rsidP="0053600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="00D245C2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1 ภาคเรียน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D242A8B" wp14:editId="3F80D06B">
                <wp:simplePos x="0" y="0"/>
                <wp:positionH relativeFrom="column">
                  <wp:posOffset>2223880</wp:posOffset>
                </wp:positionH>
                <wp:positionV relativeFrom="paragraph">
                  <wp:posOffset>154250</wp:posOffset>
                </wp:positionV>
                <wp:extent cx="1890920" cy="612648"/>
                <wp:effectExtent l="57150" t="38100" r="71755" b="92710"/>
                <wp:wrapNone/>
                <wp:docPr id="121768056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0920" cy="612648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ACB834" w14:textId="77777777" w:rsidR="00536000" w:rsidRDefault="00536000" w:rsidP="00536000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ดำเนินการจัดการเรียนการสอน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242A8B" id="_x0000_s1097" type="#_x0000_t117" style="position:absolute;left:0;text-align:left;margin-left:175.1pt;margin-top:12.15pt;width:148.9pt;height:48.25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DACB834" w14:textId="77777777" w:rsidR="00536000" w:rsidRDefault="00536000" w:rsidP="00536000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ดำเนินการจัดการเรียนการสอน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66BF5296" w14:textId="12744440" w:rsidR="00536000" w:rsidRDefault="00D245C2" w:rsidP="00536000">
      <w:pPr>
        <w:jc w:val="center"/>
        <w:rPr>
          <w:b/>
          <w:szCs w:val="32"/>
          <w:lang w:bidi="th-TH"/>
        </w:rPr>
      </w:pPr>
      <w:r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E82468E" wp14:editId="5AFD9EAD">
                <wp:simplePos x="0" y="0"/>
                <wp:positionH relativeFrom="column">
                  <wp:posOffset>1436988</wp:posOffset>
                </wp:positionH>
                <wp:positionV relativeFrom="paragraph">
                  <wp:posOffset>324605</wp:posOffset>
                </wp:positionV>
                <wp:extent cx="3410980" cy="1205814"/>
                <wp:effectExtent l="57150" t="38100" r="75565" b="90170"/>
                <wp:wrapNone/>
                <wp:docPr id="1381436604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0980" cy="1205814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8F516" w14:textId="5DDDC271" w:rsidR="00536000" w:rsidRDefault="00536000" w:rsidP="00536000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วัดผลประเมินผล</w:t>
                            </w:r>
                            <w:r w:rsidR="00D245C2"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มอบ</w:t>
                            </w:r>
                            <w:r w:rsidR="00D245C2"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วุฒิบัตร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2468E" id="_x0000_s1098" type="#_x0000_t110" style="position:absolute;left:0;text-align:left;margin-left:113.15pt;margin-top:25.55pt;width:268.6pt;height:94.9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1D8F516" w14:textId="5DDDC271" w:rsidR="00536000" w:rsidRDefault="00536000" w:rsidP="00536000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วัดผลประเมินผล</w:t>
                      </w:r>
                      <w:r w:rsidR="00D245C2"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 xml:space="preserve">  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มอบ</w:t>
                      </w:r>
                      <w:r w:rsidR="00D245C2"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วุฒิบัตร</w:t>
                      </w:r>
                    </w:p>
                  </w:txbxContent>
                </v:textbox>
              </v:shape>
            </w:pict>
          </mc:Fallback>
        </mc:AlternateContent>
      </w:r>
      <w:r w:rsidR="00536000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BC85C02" wp14:editId="607E88F9">
                <wp:simplePos x="0" y="0"/>
                <wp:positionH relativeFrom="column">
                  <wp:posOffset>3103502</wp:posOffset>
                </wp:positionH>
                <wp:positionV relativeFrom="paragraph">
                  <wp:posOffset>383008</wp:posOffset>
                </wp:positionV>
                <wp:extent cx="85725" cy="161925"/>
                <wp:effectExtent l="57150" t="19050" r="66675" b="104775"/>
                <wp:wrapNone/>
                <wp:docPr id="1445344363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DD0CFE" w14:textId="77777777" w:rsidR="00536000" w:rsidRDefault="00536000" w:rsidP="005360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85C02" id="_x0000_s1099" type="#_x0000_t67" style="position:absolute;left:0;text-align:left;margin-left:244.35pt;margin-top:30.15pt;width:6.75pt;height:12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6DD0CFE" w14:textId="77777777" w:rsidR="00536000" w:rsidRDefault="00536000" w:rsidP="00536000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54D025E6" w14:textId="22A44192" w:rsidR="00536000" w:rsidRDefault="00536000" w:rsidP="005360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159A6E6" wp14:editId="559A033A">
                <wp:simplePos x="0" y="0"/>
                <wp:positionH relativeFrom="margin">
                  <wp:align>right</wp:align>
                </wp:positionH>
                <wp:positionV relativeFrom="paragraph">
                  <wp:posOffset>361675</wp:posOffset>
                </wp:positionV>
                <wp:extent cx="1960348" cy="681167"/>
                <wp:effectExtent l="57150" t="19050" r="78105" b="100330"/>
                <wp:wrapNone/>
                <wp:docPr id="1255392390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0348" cy="681167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D825F" w14:textId="77777777" w:rsidR="00536000" w:rsidRDefault="00536000" w:rsidP="00536000">
                            <w:pPr>
                              <w:spacing w:after="0"/>
                              <w:jc w:val="center"/>
                              <w:rPr>
                                <w:szCs w:val="32"/>
                                <w:lang w:bidi="th-TH"/>
                              </w:rPr>
                            </w:pP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>ภายใน</w:t>
                            </w:r>
                            <w:r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 ระยะเวลา</w:t>
                            </w:r>
                          </w:p>
                          <w:p w14:paraId="1E4F2A4A" w14:textId="77777777" w:rsidR="00536000" w:rsidRPr="009E1D6D" w:rsidRDefault="00536000" w:rsidP="00536000">
                            <w:pPr>
                              <w:spacing w:after="0"/>
                              <w:jc w:val="center"/>
                              <w:rPr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>จัดการเรียนการสอน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9A6E6" id="_x0000_s1100" style="position:absolute;left:0;text-align:left;margin-left:103.15pt;margin-top:28.5pt;width:154.35pt;height:53.65pt;z-index:251771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10D825F" w14:textId="77777777" w:rsidR="00536000" w:rsidRDefault="00536000" w:rsidP="00536000">
                      <w:pPr>
                        <w:spacing w:after="0"/>
                        <w:jc w:val="center"/>
                        <w:rPr>
                          <w:szCs w:val="32"/>
                          <w:lang w:bidi="th-TH"/>
                        </w:rPr>
                      </w:pP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>ภายใน</w:t>
                      </w:r>
                      <w:r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 ระยะเวลา</w:t>
                      </w:r>
                    </w:p>
                    <w:p w14:paraId="1E4F2A4A" w14:textId="77777777" w:rsidR="00536000" w:rsidRPr="009E1D6D" w:rsidRDefault="00536000" w:rsidP="00536000">
                      <w:pPr>
                        <w:spacing w:after="0"/>
                        <w:jc w:val="center"/>
                        <w:rPr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hint="cs"/>
                          <w:szCs w:val="32"/>
                          <w:cs/>
                          <w:lang w:bidi="th-TH"/>
                        </w:rPr>
                        <w:t>จัดการเรียนการสอน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04AC77D" w14:textId="77777777" w:rsidR="00536000" w:rsidRDefault="00536000" w:rsidP="00536000">
      <w:pPr>
        <w:jc w:val="center"/>
        <w:rPr>
          <w:b/>
          <w:szCs w:val="32"/>
          <w:lang w:bidi="th-TH"/>
        </w:rPr>
      </w:pPr>
    </w:p>
    <w:p w14:paraId="5FD3E591" w14:textId="7203B16D" w:rsidR="00536000" w:rsidRDefault="00536000" w:rsidP="00536000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3D75383" wp14:editId="0A0909C0">
                <wp:simplePos x="0" y="0"/>
                <wp:positionH relativeFrom="column">
                  <wp:posOffset>3084538</wp:posOffset>
                </wp:positionH>
                <wp:positionV relativeFrom="paragraph">
                  <wp:posOffset>289680</wp:posOffset>
                </wp:positionV>
                <wp:extent cx="85725" cy="161925"/>
                <wp:effectExtent l="57150" t="19050" r="66675" b="104775"/>
                <wp:wrapNone/>
                <wp:docPr id="745627842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6FB292" w14:textId="77777777" w:rsidR="00536000" w:rsidRDefault="00536000" w:rsidP="00536000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75383" id="_x0000_s1101" type="#_x0000_t67" style="position:absolute;left:0;text-align:left;margin-left:242.9pt;margin-top:22.8pt;width:6.75pt;height:12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C6FB292" w14:textId="77777777" w:rsidR="00536000" w:rsidRDefault="00536000" w:rsidP="00536000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5F1ADFBD" w14:textId="12BAA55A" w:rsidR="00536000" w:rsidRDefault="00D245C2" w:rsidP="00536000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0DF171C" wp14:editId="2C6F6832">
                <wp:simplePos x="0" y="0"/>
                <wp:positionH relativeFrom="page">
                  <wp:posOffset>2710918</wp:posOffset>
                </wp:positionH>
                <wp:positionV relativeFrom="paragraph">
                  <wp:posOffset>47745</wp:posOffset>
                </wp:positionV>
                <wp:extent cx="1731894" cy="982814"/>
                <wp:effectExtent l="57150" t="38100" r="78105" b="103505"/>
                <wp:wrapNone/>
                <wp:docPr id="808860716" name="แผนผังลําดับงาน: กระบวนการสำรอ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894" cy="982814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DBEB9" w14:textId="77777777" w:rsidR="00536000" w:rsidRDefault="00536000" w:rsidP="00536000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ติดตามผล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F171C" id="_x0000_s1102" type="#_x0000_t176" style="position:absolute;left:0;text-align:left;margin-left:213.45pt;margin-top:3.75pt;width:136.35pt;height:77.4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497DBEB9" w14:textId="77777777" w:rsidR="00536000" w:rsidRDefault="00536000" w:rsidP="00536000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ติดตามผล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36000"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21B80C8" wp14:editId="74283771">
                <wp:simplePos x="0" y="0"/>
                <wp:positionH relativeFrom="column">
                  <wp:posOffset>4839215</wp:posOffset>
                </wp:positionH>
                <wp:positionV relativeFrom="paragraph">
                  <wp:posOffset>201158</wp:posOffset>
                </wp:positionV>
                <wp:extent cx="1906822" cy="747069"/>
                <wp:effectExtent l="57150" t="19050" r="74930" b="91440"/>
                <wp:wrapNone/>
                <wp:docPr id="1722576662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747069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AD1B99" w14:textId="0B32AF13" w:rsidR="00536000" w:rsidRPr="009E1D6D" w:rsidRDefault="00536000" w:rsidP="00536000">
                            <w:pPr>
                              <w:jc w:val="center"/>
                              <w:rPr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>ระยะเวลาดำเนิน</w:t>
                            </w:r>
                            <w:r w:rsidR="00D245C2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>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1B80C8" id="_x0000_s1103" style="position:absolute;left:0;text-align:left;margin-left:381.05pt;margin-top:15.85pt;width:150.15pt;height:58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6AD1B99" w14:textId="0B32AF13" w:rsidR="00536000" w:rsidRPr="009E1D6D" w:rsidRDefault="00536000" w:rsidP="00536000">
                      <w:pPr>
                        <w:jc w:val="center"/>
                        <w:rPr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>
                        <w:rPr>
                          <w:rFonts w:hint="cs"/>
                          <w:szCs w:val="32"/>
                          <w:cs/>
                          <w:lang w:bidi="th-TH"/>
                        </w:rPr>
                        <w:t>ระยะเวลาดำเนิน</w:t>
                      </w:r>
                      <w:r w:rsidR="00D245C2">
                        <w:rPr>
                          <w:rFonts w:hint="cs"/>
                          <w:szCs w:val="32"/>
                          <w:cs/>
                          <w:lang w:bidi="th-TH"/>
                        </w:rPr>
                        <w:t>งาน</w:t>
                      </w:r>
                    </w:p>
                  </w:txbxContent>
                </v:textbox>
              </v:rect>
            </w:pict>
          </mc:Fallback>
        </mc:AlternateContent>
      </w:r>
    </w:p>
    <w:p w14:paraId="25063D5D" w14:textId="77777777" w:rsidR="00536000" w:rsidRDefault="00536000" w:rsidP="00536000">
      <w:pPr>
        <w:jc w:val="center"/>
        <w:rPr>
          <w:b/>
          <w:szCs w:val="32"/>
          <w:lang w:bidi="th-TH"/>
        </w:rPr>
      </w:pPr>
    </w:p>
    <w:p w14:paraId="7B6CDB3E" w14:textId="77777777" w:rsidR="00536000" w:rsidRDefault="00536000" w:rsidP="00536000">
      <w:pPr>
        <w:jc w:val="center"/>
        <w:rPr>
          <w:b/>
          <w:szCs w:val="32"/>
          <w:lang w:bidi="th-TH"/>
        </w:rPr>
      </w:pPr>
    </w:p>
    <w:p w14:paraId="1A23DE26" w14:textId="77777777" w:rsidR="00536000" w:rsidRDefault="00536000" w:rsidP="00536000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5E3F27F" wp14:editId="4BFC19A7">
                <wp:simplePos x="0" y="0"/>
                <wp:positionH relativeFrom="column">
                  <wp:posOffset>4880404</wp:posOffset>
                </wp:positionH>
                <wp:positionV relativeFrom="paragraph">
                  <wp:posOffset>23528</wp:posOffset>
                </wp:positionV>
                <wp:extent cx="1842719" cy="1142485"/>
                <wp:effectExtent l="57150" t="19050" r="81915" b="95885"/>
                <wp:wrapNone/>
                <wp:docPr id="896666064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719" cy="11424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485ED5" w14:textId="77777777" w:rsidR="00536000" w:rsidRPr="00F025E6" w:rsidRDefault="00536000" w:rsidP="0053600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ผู้รับผิดชอบการให้บริการ</w:t>
                            </w:r>
                          </w:p>
                          <w:p w14:paraId="652D3461" w14:textId="04891062" w:rsidR="00536000" w:rsidRDefault="00536000" w:rsidP="00D245C2">
                            <w:pPr>
                              <w:spacing w:after="0"/>
                              <w:jc w:val="center"/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กลุ่ม</w:t>
                            </w:r>
                            <w:r w:rsidR="00D245C2"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การจัดการศึกษาเพื่อพัฒนาคุณวุฒิตามระดับ 075 270570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E3F27F" id="_x0000_s1104" style="position:absolute;left:0;text-align:left;margin-left:384.3pt;margin-top:1.85pt;width:145.1pt;height:89.9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9485ED5" w14:textId="77777777" w:rsidR="00536000" w:rsidRPr="00F025E6" w:rsidRDefault="00536000" w:rsidP="0053600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ผู้รับผิดชอบการให้บริการ</w:t>
                      </w:r>
                    </w:p>
                    <w:p w14:paraId="652D3461" w14:textId="04891062" w:rsidR="00536000" w:rsidRDefault="00536000" w:rsidP="00D245C2">
                      <w:pPr>
                        <w:spacing w:after="0"/>
                        <w:jc w:val="center"/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กลุ่ม</w:t>
                      </w:r>
                      <w:r w:rsidR="00D245C2"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การจัดการศึกษาเพื่อพัฒนาคุณวุฒิตามระดับ 075 270570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AEC6F2D" wp14:editId="0B72099C">
                <wp:simplePos x="0" y="0"/>
                <wp:positionH relativeFrom="margin">
                  <wp:posOffset>214973</wp:posOffset>
                </wp:positionH>
                <wp:positionV relativeFrom="paragraph">
                  <wp:posOffset>156656</wp:posOffset>
                </wp:positionV>
                <wp:extent cx="1811407" cy="418272"/>
                <wp:effectExtent l="57150" t="19050" r="74930" b="96520"/>
                <wp:wrapNone/>
                <wp:docPr id="653908059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407" cy="41827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179F1A" w14:textId="77777777" w:rsidR="00536000" w:rsidRPr="00F025E6" w:rsidRDefault="00536000" w:rsidP="0053600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จุดบริการ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ขั้นตอนปฏิบัติ</w:t>
                            </w:r>
                          </w:p>
                          <w:p w14:paraId="5C3F5D32" w14:textId="77777777" w:rsidR="00536000" w:rsidRDefault="00536000" w:rsidP="005360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C6F2D" id="_x0000_s1105" style="position:absolute;left:0;text-align:left;margin-left:16.95pt;margin-top:12.35pt;width:142.65pt;height:32.9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3179F1A" w14:textId="77777777" w:rsidR="00536000" w:rsidRPr="00F025E6" w:rsidRDefault="00536000" w:rsidP="0053600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 xml:space="preserve">จุดบริการ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ขั้นตอนปฏิบัติ</w:t>
                      </w:r>
                    </w:p>
                    <w:p w14:paraId="5C3F5D32" w14:textId="77777777" w:rsidR="00536000" w:rsidRDefault="00536000" w:rsidP="00536000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                      </w:t>
      </w:r>
    </w:p>
    <w:p w14:paraId="6D0E1EC2" w14:textId="77777777" w:rsidR="00536000" w:rsidRDefault="00536000" w:rsidP="00536000">
      <w:pPr>
        <w:jc w:val="center"/>
        <w:rPr>
          <w:b/>
          <w:szCs w:val="32"/>
          <w:lang w:bidi="th-TH"/>
        </w:rPr>
      </w:pPr>
    </w:p>
    <w:p w14:paraId="51BEF934" w14:textId="77777777" w:rsidR="00536000" w:rsidRPr="00240BF3" w:rsidRDefault="00536000" w:rsidP="00536000">
      <w:pPr>
        <w:spacing w:after="0"/>
        <w:rPr>
          <w:rFonts w:ascii="TH SarabunPSK" w:hAnsi="TH SarabunPSK" w:cs="TH SarabunPSK"/>
          <w:szCs w:val="32"/>
          <w:lang w:bidi="th-TH"/>
        </w:rPr>
      </w:pPr>
      <w:proofErr w:type="spellStart"/>
      <w:proofErr w:type="gramStart"/>
      <w:r w:rsidRPr="00240BF3">
        <w:rPr>
          <w:rFonts w:ascii="TH SarabunPSK" w:hAnsi="TH SarabunPSK" w:cs="TH SarabunPSK"/>
          <w:szCs w:val="32"/>
        </w:rPr>
        <w:t>หมายเหตุ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:</w:t>
      </w:r>
      <w:proofErr w:type="gramEnd"/>
      <w:r w:rsidRPr="00240BF3">
        <w:rPr>
          <w:rFonts w:ascii="TH SarabunPSK" w:hAnsi="TH SarabunPSK" w:cs="TH SarabunPSK"/>
          <w:szCs w:val="32"/>
        </w:rPr>
        <w:t xml:space="preserve"> </w:t>
      </w:r>
      <w:proofErr w:type="spellStart"/>
      <w:r w:rsidRPr="00240BF3">
        <w:rPr>
          <w:rFonts w:ascii="TH SarabunPSK" w:hAnsi="TH SarabunPSK" w:cs="TH SarabunPSK"/>
          <w:szCs w:val="32"/>
        </w:rPr>
        <w:t>ไม่มีค่าธรรมเนียม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/ </w:t>
      </w:r>
      <w:r w:rsidRPr="00240BF3">
        <w:rPr>
          <w:rFonts w:ascii="TH SarabunPSK" w:hAnsi="TH SarabunPSK" w:cs="TH SarabunPSK"/>
          <w:szCs w:val="32"/>
          <w:cs/>
          <w:lang w:bidi="th-TH"/>
        </w:rPr>
        <w:t>ไม่ม</w:t>
      </w:r>
      <w:r>
        <w:rPr>
          <w:rFonts w:ascii="TH SarabunPSK" w:hAnsi="TH SarabunPSK" w:cs="TH SarabunPSK" w:hint="cs"/>
          <w:szCs w:val="32"/>
          <w:cs/>
          <w:lang w:bidi="th-TH"/>
        </w:rPr>
        <w:t>ี</w:t>
      </w:r>
      <w:r w:rsidRPr="00240BF3">
        <w:rPr>
          <w:rFonts w:ascii="TH SarabunPSK" w:hAnsi="TH SarabunPSK" w:cs="TH SarabunPSK"/>
          <w:szCs w:val="32"/>
          <w:cs/>
          <w:lang w:bidi="th-TH"/>
        </w:rPr>
        <w:t>รายการ</w:t>
      </w:r>
      <w:proofErr w:type="spellStart"/>
      <w:r w:rsidRPr="00240BF3">
        <w:rPr>
          <w:rFonts w:ascii="TH SarabunPSK" w:hAnsi="TH SarabunPSK" w:cs="TH SarabunPSK"/>
          <w:szCs w:val="32"/>
        </w:rPr>
        <w:t>เอกสาร</w:t>
      </w:r>
      <w:proofErr w:type="spellEnd"/>
    </w:p>
    <w:p w14:paraId="266B1C21" w14:textId="77777777" w:rsidR="00536000" w:rsidRPr="00240BF3" w:rsidRDefault="00536000" w:rsidP="00536000">
      <w:pPr>
        <w:spacing w:after="0"/>
        <w:rPr>
          <w:rFonts w:ascii="TH SarabunPSK" w:hAnsi="TH SarabunPSK" w:cs="TH SarabunPSK"/>
          <w:szCs w:val="32"/>
        </w:rPr>
      </w:pPr>
      <w:proofErr w:type="spellStart"/>
      <w:r w:rsidRPr="00240BF3">
        <w:rPr>
          <w:rFonts w:ascii="TH SarabunPSK" w:hAnsi="TH SarabunPSK" w:cs="TH SarabunPSK"/>
          <w:szCs w:val="32"/>
        </w:rPr>
        <w:t>หลักฐานประกอบการยื่นคำขอให้เป็นไปตามประเภทของงานบริการ</w:t>
      </w:r>
      <w:proofErr w:type="spellEnd"/>
    </w:p>
    <w:p w14:paraId="4B3D9316" w14:textId="768E26F0" w:rsidR="00D245C2" w:rsidRDefault="00D245C2" w:rsidP="00D245C2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678B847" wp14:editId="4E31E570">
                <wp:simplePos x="0" y="0"/>
                <wp:positionH relativeFrom="margin">
                  <wp:align>center</wp:align>
                </wp:positionH>
                <wp:positionV relativeFrom="paragraph">
                  <wp:posOffset>27288</wp:posOffset>
                </wp:positionV>
                <wp:extent cx="3918502" cy="450077"/>
                <wp:effectExtent l="76200" t="57150" r="82550" b="102870"/>
                <wp:wrapNone/>
                <wp:docPr id="1236568546" name="แผนผังลําดับงาน: กระบวนการสำรอ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502" cy="450077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B470CD" w14:textId="2A5136AB" w:rsidR="00D245C2" w:rsidRPr="00355C00" w:rsidRDefault="00D245C2" w:rsidP="00D245C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</w:rPr>
                            </w:pPr>
                            <w:proofErr w:type="spellStart"/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</w:rPr>
                              <w:t>ขั้นตอนการ</w:t>
                            </w:r>
                            <w:proofErr w:type="spellEnd"/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  <w:cs/>
                                <w:lang w:bidi="th-TH"/>
                              </w:rPr>
                              <w:t>ปฏิบัติกลุ่ม</w:t>
                            </w:r>
                            <w:r>
                              <w:rPr>
                                <w:rFonts w:ascii="TH SarabunPSK" w:hAnsi="TH SarabunPSK" w:cs="TH SarabunPSK" w:hint="cs"/>
                                <w:bCs/>
                                <w:szCs w:val="32"/>
                                <w:cs/>
                                <w:lang w:bidi="th-TH"/>
                              </w:rPr>
                              <w:t>งานการศึกษาเพื่อการศึกษาตลอดชีวิต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8B847" id="_x0000_s1106" type="#_x0000_t176" style="position:absolute;left:0;text-align:left;margin-left:0;margin-top:2.15pt;width:308.55pt;height:35.45pt;z-index:251797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" fillcolor="#4f81bd [3204]" strokecolor="white [3201]" strokeweight="3pt">
                <v:shadow on="t" color="black" opacity="24903f" origin=",.5" offset="0,.55556mm"/>
                <v:textbox>
                  <w:txbxContent>
                    <w:p w14:paraId="06B470CD" w14:textId="2A5136AB" w:rsidR="00D245C2" w:rsidRPr="00355C00" w:rsidRDefault="00D245C2" w:rsidP="00D245C2">
                      <w:pPr>
                        <w:jc w:val="center"/>
                        <w:rPr>
                          <w:rFonts w:ascii="TH SarabunPSK" w:hAnsi="TH SarabunPSK" w:cs="TH SarabunPSK"/>
                          <w:bCs/>
                        </w:rPr>
                      </w:pPr>
                      <w:proofErr w:type="spellStart"/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</w:rPr>
                        <w:t>ขั้นตอนการ</w:t>
                      </w:r>
                      <w:proofErr w:type="spellEnd"/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  <w:cs/>
                          <w:lang w:bidi="th-TH"/>
                        </w:rPr>
                        <w:t>ปฏิบัติกลุ่ม</w:t>
                      </w:r>
                      <w:r>
                        <w:rPr>
                          <w:rFonts w:ascii="TH SarabunPSK" w:hAnsi="TH SarabunPSK" w:cs="TH SarabunPSK" w:hint="cs"/>
                          <w:bCs/>
                          <w:szCs w:val="32"/>
                          <w:cs/>
                          <w:lang w:bidi="th-TH"/>
                        </w:rPr>
                        <w:t>งานการศึกษาเพื่อการศึกษาตลอดชีวิต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40A350" w14:textId="5C4BD74E" w:rsidR="00D245C2" w:rsidRPr="00355C00" w:rsidRDefault="00D245C2" w:rsidP="00D245C2">
      <w:pPr>
        <w:jc w:val="center"/>
        <w:rPr>
          <w:b/>
          <w:szCs w:val="32"/>
          <w:lang w:bidi="th-TH"/>
        </w:rPr>
      </w:pPr>
      <w:r w:rsidRPr="00355C00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1DE2001" wp14:editId="417E8754">
                <wp:simplePos x="0" y="0"/>
                <wp:positionH relativeFrom="column">
                  <wp:posOffset>3151974</wp:posOffset>
                </wp:positionH>
                <wp:positionV relativeFrom="paragraph">
                  <wp:posOffset>194614</wp:posOffset>
                </wp:positionV>
                <wp:extent cx="85725" cy="161925"/>
                <wp:effectExtent l="57150" t="19050" r="66675" b="104775"/>
                <wp:wrapNone/>
                <wp:docPr id="1701473850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25627" id="ลูกศร: ลง 5" o:spid="_x0000_s1026" type="#_x0000_t67" style="position:absolute;margin-left:248.2pt;margin-top:15.3pt;width:6.75pt;height:12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0EC5F242" w14:textId="648FAD0A" w:rsidR="00D245C2" w:rsidRDefault="000F4FE5" w:rsidP="00D245C2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2257198" wp14:editId="790D0882">
                <wp:simplePos x="0" y="0"/>
                <wp:positionH relativeFrom="column">
                  <wp:posOffset>2219582</wp:posOffset>
                </wp:positionH>
                <wp:positionV relativeFrom="paragraph">
                  <wp:posOffset>29622</wp:posOffset>
                </wp:positionV>
                <wp:extent cx="1699895" cy="1008105"/>
                <wp:effectExtent l="57150" t="38100" r="71755" b="97155"/>
                <wp:wrapNone/>
                <wp:docPr id="1764605794" name="แผนผังลําดับงาน: กระบวนการสำรอ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895" cy="100810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2FEFD" w14:textId="5AC62863" w:rsidR="00D245C2" w:rsidRPr="00355C00" w:rsidRDefault="00D245C2" w:rsidP="00D245C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สำรวจความต้องการและศึกษาบริบท เพื่อจัดทำโครงการ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57198" id="_x0000_s1107" type="#_x0000_t176" style="position:absolute;left:0;text-align:left;margin-left:174.75pt;margin-top:2.35pt;width:133.85pt;height:79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682FEFD" w14:textId="5AC62863" w:rsidR="00D245C2" w:rsidRPr="00355C00" w:rsidRDefault="00D245C2" w:rsidP="00D245C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สำรวจความต้องการและศึกษาบริบท เพื่อจัดทำโครงการ</w:t>
                      </w:r>
                    </w:p>
                  </w:txbxContent>
                </v:textbox>
              </v:shape>
            </w:pict>
          </mc:Fallback>
        </mc:AlternateContent>
      </w:r>
      <w:r w:rsidR="00D245C2"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E1A6781" wp14:editId="744BE674">
                <wp:simplePos x="0" y="0"/>
                <wp:positionH relativeFrom="column">
                  <wp:posOffset>4765074</wp:posOffset>
                </wp:positionH>
                <wp:positionV relativeFrom="paragraph">
                  <wp:posOffset>175329</wp:posOffset>
                </wp:positionV>
                <wp:extent cx="1906822" cy="656452"/>
                <wp:effectExtent l="57150" t="19050" r="74930" b="86995"/>
                <wp:wrapNone/>
                <wp:docPr id="68892927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65645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8AC0D" w14:textId="6822A42B" w:rsidR="00D245C2" w:rsidRPr="00F025E6" w:rsidRDefault="00D245C2" w:rsidP="00D245C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7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A6781" id="_x0000_s1108" style="position:absolute;left:0;text-align:left;margin-left:375.2pt;margin-top:13.8pt;width:150.15pt;height:51.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4A8AC0D" w14:textId="6822A42B" w:rsidR="00D245C2" w:rsidRPr="00F025E6" w:rsidRDefault="00D245C2" w:rsidP="00D245C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7 วัน</w:t>
                      </w:r>
                    </w:p>
                  </w:txbxContent>
                </v:textbox>
              </v:rect>
            </w:pict>
          </mc:Fallback>
        </mc:AlternateContent>
      </w:r>
    </w:p>
    <w:p w14:paraId="5AEB784F" w14:textId="1E09B5A0" w:rsidR="00D245C2" w:rsidRDefault="00D245C2" w:rsidP="00D245C2">
      <w:pPr>
        <w:jc w:val="center"/>
        <w:rPr>
          <w:b/>
          <w:szCs w:val="32"/>
          <w:lang w:bidi="th-TH"/>
        </w:rPr>
      </w:pPr>
      <w:r>
        <w:rPr>
          <w:rFonts w:hint="cs"/>
          <w:b/>
          <w:szCs w:val="32"/>
          <w:cs/>
          <w:lang w:bidi="th-TH"/>
        </w:rPr>
        <w:t xml:space="preserve">  </w:t>
      </w:r>
    </w:p>
    <w:p w14:paraId="16736098" w14:textId="75898E38" w:rsidR="00D245C2" w:rsidRDefault="000F4FE5" w:rsidP="00D245C2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79DE75" wp14:editId="7557AF2B">
                <wp:simplePos x="0" y="0"/>
                <wp:positionH relativeFrom="column">
                  <wp:posOffset>3332889</wp:posOffset>
                </wp:positionH>
                <wp:positionV relativeFrom="paragraph">
                  <wp:posOffset>28902</wp:posOffset>
                </wp:positionV>
                <wp:extent cx="85725" cy="161925"/>
                <wp:effectExtent l="57150" t="19050" r="66675" b="104775"/>
                <wp:wrapNone/>
                <wp:docPr id="1569067903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747DEF" w14:textId="77777777" w:rsidR="00D245C2" w:rsidRDefault="00D245C2" w:rsidP="00D245C2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9DE75" id="_x0000_s1109" type="#_x0000_t67" style="position:absolute;left:0;text-align:left;margin-left:262.45pt;margin-top:2.3pt;width:6.75pt;height:12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1747DEF" w14:textId="77777777" w:rsidR="00D245C2" w:rsidRDefault="00D245C2" w:rsidP="00D245C2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245C2"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511577B" wp14:editId="707A83C0">
                <wp:simplePos x="0" y="0"/>
                <wp:positionH relativeFrom="column">
                  <wp:posOffset>4770086</wp:posOffset>
                </wp:positionH>
                <wp:positionV relativeFrom="paragraph">
                  <wp:posOffset>348993</wp:posOffset>
                </wp:positionV>
                <wp:extent cx="1906822" cy="362612"/>
                <wp:effectExtent l="57150" t="19050" r="74930" b="94615"/>
                <wp:wrapNone/>
                <wp:docPr id="541277980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B83376" w14:textId="77777777" w:rsidR="00D245C2" w:rsidRPr="00F025E6" w:rsidRDefault="00D245C2" w:rsidP="00D245C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  <w:t>3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1577B" id="_x0000_s1110" style="position:absolute;left:0;text-align:left;margin-left:375.6pt;margin-top:27.5pt;width:150.15pt;height:28.5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CB83376" w14:textId="77777777" w:rsidR="00D245C2" w:rsidRPr="00F025E6" w:rsidRDefault="00D245C2" w:rsidP="00D245C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  <w:t>3</w:t>
                      </w: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วัน</w:t>
                      </w:r>
                    </w:p>
                  </w:txbxContent>
                </v:textbox>
              </v:rect>
            </w:pict>
          </mc:Fallback>
        </mc:AlternateContent>
      </w:r>
      <w:r w:rsidR="00D245C2"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80F7F7E" wp14:editId="0F4D64A5">
                <wp:simplePos x="0" y="0"/>
                <wp:positionH relativeFrom="column">
                  <wp:posOffset>2072806</wp:posOffset>
                </wp:positionH>
                <wp:positionV relativeFrom="paragraph">
                  <wp:posOffset>229318</wp:posOffset>
                </wp:positionV>
                <wp:extent cx="2193069" cy="612140"/>
                <wp:effectExtent l="57150" t="38100" r="74295" b="92710"/>
                <wp:wrapNone/>
                <wp:docPr id="809045881" name="แผนผังลําดับงาน: ข้อมูล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069" cy="61214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BAC1D" w14:textId="77777777" w:rsidR="00D245C2" w:rsidRPr="00F025E6" w:rsidRDefault="00D245C2" w:rsidP="00D245C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วางแผนจัดการเรียนรู้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0F7F7E" id="_x0000_s1111" type="#_x0000_t111" style="position:absolute;left:0;text-align:left;margin-left:163.2pt;margin-top:18.05pt;width:172.7pt;height:48.2pt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699BAC1D" w14:textId="77777777" w:rsidR="00D245C2" w:rsidRPr="00F025E6" w:rsidRDefault="00D245C2" w:rsidP="00D245C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วางแผนจัดการเรียนรู้</w:t>
                      </w:r>
                    </w:p>
                  </w:txbxContent>
                </v:textbox>
              </v:shape>
            </w:pict>
          </mc:Fallback>
        </mc:AlternateContent>
      </w:r>
      <w:r w:rsidR="00D245C2">
        <w:rPr>
          <w:rFonts w:hint="cs"/>
          <w:b/>
          <w:noProof/>
          <w:szCs w:val="32"/>
          <w:cs/>
          <w:lang w:bidi="th-TH"/>
        </w:rPr>
        <w:t xml:space="preserve">      </w:t>
      </w:r>
    </w:p>
    <w:p w14:paraId="634D5E4A" w14:textId="7B7C120F" w:rsidR="00D245C2" w:rsidRDefault="00D245C2" w:rsidP="00D245C2">
      <w:pPr>
        <w:jc w:val="center"/>
        <w:rPr>
          <w:b/>
          <w:szCs w:val="32"/>
          <w:lang w:bidi="th-TH"/>
        </w:rPr>
      </w:pPr>
      <w:r>
        <w:rPr>
          <w:rFonts w:hint="cs"/>
          <w:b/>
          <w:szCs w:val="32"/>
          <w:cs/>
          <w:lang w:bidi="th-TH"/>
        </w:rPr>
        <w:t xml:space="preserve">                  </w:t>
      </w:r>
    </w:p>
    <w:p w14:paraId="2A272A21" w14:textId="7A1BA6E4" w:rsidR="00D245C2" w:rsidRDefault="000F4FE5" w:rsidP="00D245C2">
      <w:pPr>
        <w:jc w:val="center"/>
        <w:rPr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7740B0F" wp14:editId="533B0DE1">
                <wp:simplePos x="0" y="0"/>
                <wp:positionH relativeFrom="column">
                  <wp:posOffset>3274818</wp:posOffset>
                </wp:positionH>
                <wp:positionV relativeFrom="paragraph">
                  <wp:posOffset>27182</wp:posOffset>
                </wp:positionV>
                <wp:extent cx="85725" cy="161925"/>
                <wp:effectExtent l="57150" t="19050" r="66675" b="104775"/>
                <wp:wrapNone/>
                <wp:docPr id="205765597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21FE8B" w14:textId="77777777" w:rsidR="00D245C2" w:rsidRDefault="00D245C2" w:rsidP="00D245C2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40B0F" id="_x0000_s1112" type="#_x0000_t67" style="position:absolute;left:0;text-align:left;margin-left:257.85pt;margin-top:2.15pt;width:6.75pt;height:12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421FE8B" w14:textId="77777777" w:rsidR="00D245C2" w:rsidRDefault="00D245C2" w:rsidP="00D245C2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3606781" wp14:editId="12FFF408">
                <wp:simplePos x="0" y="0"/>
                <wp:positionH relativeFrom="column">
                  <wp:posOffset>1939496</wp:posOffset>
                </wp:positionH>
                <wp:positionV relativeFrom="paragraph">
                  <wp:posOffset>295927</wp:posOffset>
                </wp:positionV>
                <wp:extent cx="2570154" cy="1197576"/>
                <wp:effectExtent l="57150" t="38100" r="78105" b="98425"/>
                <wp:wrapNone/>
                <wp:docPr id="12121274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0154" cy="1197576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EAD44E" w14:textId="77777777" w:rsidR="00D245C2" w:rsidRPr="00F025E6" w:rsidRDefault="00D245C2" w:rsidP="00D245C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เสนอแผนจัดการเรียนรู้</w:t>
                            </w:r>
                          </w:p>
                          <w:p w14:paraId="47DF7B71" w14:textId="77777777" w:rsidR="00D245C2" w:rsidRDefault="00D245C2" w:rsidP="00D245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06781" id="_x0000_s1113" type="#_x0000_t110" style="position:absolute;left:0;text-align:left;margin-left:152.7pt;margin-top:23.3pt;width:202.35pt;height:94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CEAD44E" w14:textId="77777777" w:rsidR="00D245C2" w:rsidRPr="00F025E6" w:rsidRDefault="00D245C2" w:rsidP="00D245C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เสนอแผนจัดการเรียนรู้</w:t>
                      </w:r>
                    </w:p>
                    <w:p w14:paraId="47DF7B71" w14:textId="77777777" w:rsidR="00D245C2" w:rsidRDefault="00D245C2" w:rsidP="00D245C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245C2">
        <w:rPr>
          <w:rFonts w:hint="cs"/>
          <w:cs/>
          <w:lang w:bidi="th-TH"/>
        </w:rPr>
        <w:t xml:space="preserve">  </w:t>
      </w:r>
    </w:p>
    <w:p w14:paraId="3B880762" w14:textId="5F28AA6D" w:rsidR="00D245C2" w:rsidRDefault="00D245C2" w:rsidP="00D245C2">
      <w:pPr>
        <w:jc w:val="center"/>
        <w:rPr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3753AE1" wp14:editId="2360B44A">
                <wp:simplePos x="0" y="0"/>
                <wp:positionH relativeFrom="column">
                  <wp:posOffset>4814501</wp:posOffset>
                </wp:positionH>
                <wp:positionV relativeFrom="paragraph">
                  <wp:posOffset>218938</wp:posOffset>
                </wp:positionV>
                <wp:extent cx="1906822" cy="483458"/>
                <wp:effectExtent l="57150" t="19050" r="74930" b="88265"/>
                <wp:wrapNone/>
                <wp:docPr id="1814665096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48345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192A30" w14:textId="77777777" w:rsidR="00D245C2" w:rsidRPr="002F7699" w:rsidRDefault="00D245C2" w:rsidP="00D245C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2</w:t>
                            </w:r>
                            <w:r w:rsidRP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53AE1" id="_x0000_s1114" style="position:absolute;left:0;text-align:left;margin-left:379.1pt;margin-top:17.25pt;width:150.15pt;height:38.0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B192A30" w14:textId="77777777" w:rsidR="00D245C2" w:rsidRPr="002F7699" w:rsidRDefault="00D245C2" w:rsidP="00D245C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2</w:t>
                      </w:r>
                      <w:r w:rsidRP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วัน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cs/>
          <w:lang w:bidi="th-TH"/>
        </w:rPr>
        <w:t xml:space="preserve">  </w:t>
      </w:r>
    </w:p>
    <w:p w14:paraId="6C901ACF" w14:textId="77777777" w:rsidR="00D245C2" w:rsidRDefault="00D245C2" w:rsidP="00D245C2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FF13999" wp14:editId="743B7DB1">
                <wp:simplePos x="0" y="0"/>
                <wp:positionH relativeFrom="column">
                  <wp:posOffset>3143507</wp:posOffset>
                </wp:positionH>
                <wp:positionV relativeFrom="paragraph">
                  <wp:posOffset>337717</wp:posOffset>
                </wp:positionV>
                <wp:extent cx="85725" cy="161925"/>
                <wp:effectExtent l="57150" t="19050" r="66675" b="104775"/>
                <wp:wrapNone/>
                <wp:docPr id="39270955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4CB3E5" w14:textId="77777777" w:rsidR="00D245C2" w:rsidRDefault="00D245C2" w:rsidP="00D245C2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13999" id="_x0000_s1115" type="#_x0000_t67" style="position:absolute;left:0;text-align:left;margin-left:247.5pt;margin-top:26.6pt;width:6.75pt;height:12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B4CB3E5" w14:textId="77777777" w:rsidR="00D245C2" w:rsidRDefault="00D245C2" w:rsidP="00D245C2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6F6159BA" w14:textId="5608AD34" w:rsidR="00D245C2" w:rsidRDefault="00D245C2" w:rsidP="00D245C2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951EAB6" wp14:editId="0F53F334">
                <wp:simplePos x="0" y="0"/>
                <wp:positionH relativeFrom="column">
                  <wp:posOffset>4847453</wp:posOffset>
                </wp:positionH>
                <wp:positionV relativeFrom="paragraph">
                  <wp:posOffset>249435</wp:posOffset>
                </wp:positionV>
                <wp:extent cx="1906822" cy="417555"/>
                <wp:effectExtent l="57150" t="19050" r="74930" b="97155"/>
                <wp:wrapNone/>
                <wp:docPr id="994511809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4175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D20D78" w14:textId="5F14FB1A" w:rsidR="00D245C2" w:rsidRPr="009E1D6D" w:rsidRDefault="00D245C2" w:rsidP="00D245C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="00695CB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ระยะเวลาโครงการ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1EAB6" id="_x0000_s1116" style="position:absolute;left:0;text-align:left;margin-left:381.7pt;margin-top:19.65pt;width:150.15pt;height:32.9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AD20D78" w14:textId="5F14FB1A" w:rsidR="00D245C2" w:rsidRPr="009E1D6D" w:rsidRDefault="00D245C2" w:rsidP="00D245C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="00695CB4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ระยะเวลาโครงการ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9A33D06" wp14:editId="0D68F3FE">
                <wp:simplePos x="0" y="0"/>
                <wp:positionH relativeFrom="column">
                  <wp:posOffset>2223880</wp:posOffset>
                </wp:positionH>
                <wp:positionV relativeFrom="paragraph">
                  <wp:posOffset>154250</wp:posOffset>
                </wp:positionV>
                <wp:extent cx="1890920" cy="612648"/>
                <wp:effectExtent l="57150" t="38100" r="71755" b="92710"/>
                <wp:wrapNone/>
                <wp:docPr id="496793451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0920" cy="612648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2A9AB" w14:textId="48B7AA21" w:rsidR="00D245C2" w:rsidRDefault="00D245C2" w:rsidP="00D245C2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ดำเนินการจัดการเรียนการ</w:t>
                            </w:r>
                            <w:r w:rsidR="00695CB4"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A33D06" id="_x0000_s1117" type="#_x0000_t117" style="position:absolute;left:0;text-align:left;margin-left:175.1pt;margin-top:12.15pt;width:148.9pt;height:48.25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142A9AB" w14:textId="48B7AA21" w:rsidR="00D245C2" w:rsidRDefault="00D245C2" w:rsidP="00D245C2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ดำเนินการจัดการเรียนการ</w:t>
                      </w:r>
                      <w:r w:rsidR="00695CB4"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เรียนรู้</w:t>
                      </w:r>
                    </w:p>
                  </w:txbxContent>
                </v:textbox>
              </v:shape>
            </w:pict>
          </mc:Fallback>
        </mc:AlternateContent>
      </w:r>
    </w:p>
    <w:p w14:paraId="04BC2F62" w14:textId="33CF75B4" w:rsidR="00D245C2" w:rsidRDefault="00D245C2" w:rsidP="00D245C2">
      <w:pPr>
        <w:jc w:val="center"/>
        <w:rPr>
          <w:b/>
          <w:szCs w:val="32"/>
          <w:lang w:bidi="th-TH"/>
        </w:rPr>
      </w:pPr>
      <w:r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74C3699" wp14:editId="6CF93859">
                <wp:simplePos x="0" y="0"/>
                <wp:positionH relativeFrom="column">
                  <wp:posOffset>1436988</wp:posOffset>
                </wp:positionH>
                <wp:positionV relativeFrom="paragraph">
                  <wp:posOffset>324605</wp:posOffset>
                </wp:positionV>
                <wp:extent cx="3410980" cy="1205814"/>
                <wp:effectExtent l="57150" t="38100" r="75565" b="90170"/>
                <wp:wrapNone/>
                <wp:docPr id="1821369226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0980" cy="1205814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410E76" w14:textId="77777777" w:rsidR="00D245C2" w:rsidRDefault="00D245C2" w:rsidP="00D245C2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วัดผลประเมินผล                 มอบวุฒิบัตร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C3699" id="_x0000_s1118" type="#_x0000_t110" style="position:absolute;left:0;text-align:left;margin-left:113.15pt;margin-top:25.55pt;width:268.6pt;height:94.9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4410E76" w14:textId="77777777" w:rsidR="00D245C2" w:rsidRDefault="00D245C2" w:rsidP="00D245C2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วัดผลประเมินผล                 มอบวุฒิบัตร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4A774F1" wp14:editId="273E06F0">
                <wp:simplePos x="0" y="0"/>
                <wp:positionH relativeFrom="column">
                  <wp:posOffset>3103502</wp:posOffset>
                </wp:positionH>
                <wp:positionV relativeFrom="paragraph">
                  <wp:posOffset>383008</wp:posOffset>
                </wp:positionV>
                <wp:extent cx="85725" cy="161925"/>
                <wp:effectExtent l="57150" t="19050" r="66675" b="104775"/>
                <wp:wrapNone/>
                <wp:docPr id="456818532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07AC60" w14:textId="77777777" w:rsidR="00D245C2" w:rsidRDefault="00D245C2" w:rsidP="00D245C2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774F1" id="_x0000_s1119" type="#_x0000_t67" style="position:absolute;left:0;text-align:left;margin-left:244.35pt;margin-top:30.15pt;width:6.75pt;height:12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C07AC60" w14:textId="77777777" w:rsidR="00D245C2" w:rsidRDefault="00D245C2" w:rsidP="00D245C2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42726AFD" w14:textId="2D0A8A69" w:rsidR="00D245C2" w:rsidRDefault="00D245C2" w:rsidP="00D245C2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19CE04F" wp14:editId="4A55F63D">
                <wp:simplePos x="0" y="0"/>
                <wp:positionH relativeFrom="margin">
                  <wp:align>right</wp:align>
                </wp:positionH>
                <wp:positionV relativeFrom="paragraph">
                  <wp:posOffset>361675</wp:posOffset>
                </wp:positionV>
                <wp:extent cx="1960348" cy="681167"/>
                <wp:effectExtent l="57150" t="19050" r="78105" b="100330"/>
                <wp:wrapNone/>
                <wp:docPr id="1457065573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0348" cy="681167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5FC4A" w14:textId="77777777" w:rsidR="00D245C2" w:rsidRDefault="00D245C2" w:rsidP="00D245C2">
                            <w:pPr>
                              <w:spacing w:after="0"/>
                              <w:jc w:val="center"/>
                              <w:rPr>
                                <w:szCs w:val="32"/>
                                <w:lang w:bidi="th-TH"/>
                              </w:rPr>
                            </w:pP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>ภายใน</w:t>
                            </w:r>
                            <w:r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 ระยะเวลา</w:t>
                            </w:r>
                          </w:p>
                          <w:p w14:paraId="4F1C69B1" w14:textId="74BC0F46" w:rsidR="00D245C2" w:rsidRPr="009E1D6D" w:rsidRDefault="00695CB4" w:rsidP="00D245C2">
                            <w:pPr>
                              <w:spacing w:after="0"/>
                              <w:jc w:val="center"/>
                              <w:rPr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>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9CE04F" id="_x0000_s1120" style="position:absolute;left:0;text-align:left;margin-left:103.15pt;margin-top:28.5pt;width:154.35pt;height:53.65pt;z-index:251794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135FC4A" w14:textId="77777777" w:rsidR="00D245C2" w:rsidRDefault="00D245C2" w:rsidP="00D245C2">
                      <w:pPr>
                        <w:spacing w:after="0"/>
                        <w:jc w:val="center"/>
                        <w:rPr>
                          <w:szCs w:val="32"/>
                          <w:lang w:bidi="th-TH"/>
                        </w:rPr>
                      </w:pP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>ภายใน</w:t>
                      </w:r>
                      <w:r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 ระยะเวลา</w:t>
                      </w:r>
                    </w:p>
                    <w:p w14:paraId="4F1C69B1" w14:textId="74BC0F46" w:rsidR="00D245C2" w:rsidRPr="009E1D6D" w:rsidRDefault="00695CB4" w:rsidP="00D245C2">
                      <w:pPr>
                        <w:spacing w:after="0"/>
                        <w:jc w:val="center"/>
                        <w:rPr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hint="cs"/>
                          <w:szCs w:val="32"/>
                          <w:cs/>
                          <w:lang w:bidi="th-TH"/>
                        </w:rPr>
                        <w:t>โครงการ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7F4214" w14:textId="77777777" w:rsidR="00D245C2" w:rsidRDefault="00D245C2" w:rsidP="00D245C2">
      <w:pPr>
        <w:jc w:val="center"/>
        <w:rPr>
          <w:b/>
          <w:szCs w:val="32"/>
          <w:lang w:bidi="th-TH"/>
        </w:rPr>
      </w:pPr>
    </w:p>
    <w:p w14:paraId="3F16CEC2" w14:textId="77777777" w:rsidR="00D245C2" w:rsidRDefault="00D245C2" w:rsidP="00D245C2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ED45D32" wp14:editId="14083B9B">
                <wp:simplePos x="0" y="0"/>
                <wp:positionH relativeFrom="column">
                  <wp:posOffset>3084538</wp:posOffset>
                </wp:positionH>
                <wp:positionV relativeFrom="paragraph">
                  <wp:posOffset>289680</wp:posOffset>
                </wp:positionV>
                <wp:extent cx="85725" cy="161925"/>
                <wp:effectExtent l="57150" t="19050" r="66675" b="104775"/>
                <wp:wrapNone/>
                <wp:docPr id="82728853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70FEE6" w14:textId="77777777" w:rsidR="00D245C2" w:rsidRDefault="00D245C2" w:rsidP="00D245C2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5D32" id="_x0000_s1121" type="#_x0000_t67" style="position:absolute;left:0;text-align:left;margin-left:242.9pt;margin-top:22.8pt;width:6.75pt;height:12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C70FEE6" w14:textId="77777777" w:rsidR="00D245C2" w:rsidRDefault="00D245C2" w:rsidP="00D245C2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6906CBFB" w14:textId="77777777" w:rsidR="00D245C2" w:rsidRDefault="00D245C2" w:rsidP="00D245C2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AE36721" wp14:editId="20F80AD9">
                <wp:simplePos x="0" y="0"/>
                <wp:positionH relativeFrom="page">
                  <wp:posOffset>2710918</wp:posOffset>
                </wp:positionH>
                <wp:positionV relativeFrom="paragraph">
                  <wp:posOffset>47745</wp:posOffset>
                </wp:positionV>
                <wp:extent cx="1731894" cy="982814"/>
                <wp:effectExtent l="57150" t="38100" r="78105" b="103505"/>
                <wp:wrapNone/>
                <wp:docPr id="2002328079" name="แผนผังลําดับงาน: กระบวนการสำรอ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894" cy="982814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EE102" w14:textId="77777777" w:rsidR="00D245C2" w:rsidRDefault="00D245C2" w:rsidP="00D245C2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ติดตามผล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36721" id="_x0000_s1122" type="#_x0000_t176" style="position:absolute;left:0;text-align:left;margin-left:213.45pt;margin-top:3.75pt;width:136.35pt;height:77.4pt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64CEE102" w14:textId="77777777" w:rsidR="00D245C2" w:rsidRDefault="00D245C2" w:rsidP="00D245C2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ติดตามผล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6C4E09A" wp14:editId="29E94F82">
                <wp:simplePos x="0" y="0"/>
                <wp:positionH relativeFrom="column">
                  <wp:posOffset>4839215</wp:posOffset>
                </wp:positionH>
                <wp:positionV relativeFrom="paragraph">
                  <wp:posOffset>201158</wp:posOffset>
                </wp:positionV>
                <wp:extent cx="1906822" cy="747069"/>
                <wp:effectExtent l="57150" t="19050" r="74930" b="91440"/>
                <wp:wrapNone/>
                <wp:docPr id="919111978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747069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77DF15" w14:textId="77777777" w:rsidR="00D245C2" w:rsidRPr="009E1D6D" w:rsidRDefault="00D245C2" w:rsidP="00D245C2">
                            <w:pPr>
                              <w:jc w:val="center"/>
                              <w:rPr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>
                              <w:rPr>
                                <w:rFonts w:hint="cs"/>
                                <w:szCs w:val="32"/>
                                <w:cs/>
                                <w:lang w:bidi="th-TH"/>
                              </w:rPr>
                              <w:t>ระยะเวลาดำเนินงาน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4E09A" id="_x0000_s1123" style="position:absolute;left:0;text-align:left;margin-left:381.05pt;margin-top:15.85pt;width:150.15pt;height:58.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477DF15" w14:textId="77777777" w:rsidR="00D245C2" w:rsidRPr="009E1D6D" w:rsidRDefault="00D245C2" w:rsidP="00D245C2">
                      <w:pPr>
                        <w:jc w:val="center"/>
                        <w:rPr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>
                        <w:rPr>
                          <w:rFonts w:hint="cs"/>
                          <w:szCs w:val="32"/>
                          <w:cs/>
                          <w:lang w:bidi="th-TH"/>
                        </w:rPr>
                        <w:t>ระยะเวลาดำเนินงาน</w:t>
                      </w:r>
                    </w:p>
                  </w:txbxContent>
                </v:textbox>
              </v:rect>
            </w:pict>
          </mc:Fallback>
        </mc:AlternateContent>
      </w:r>
    </w:p>
    <w:p w14:paraId="44CC3E6A" w14:textId="77777777" w:rsidR="00D245C2" w:rsidRDefault="00D245C2" w:rsidP="00D245C2">
      <w:pPr>
        <w:jc w:val="center"/>
        <w:rPr>
          <w:b/>
          <w:szCs w:val="32"/>
          <w:lang w:bidi="th-TH"/>
        </w:rPr>
      </w:pPr>
    </w:p>
    <w:p w14:paraId="6A83475D" w14:textId="77777777" w:rsidR="00D245C2" w:rsidRDefault="00D245C2" w:rsidP="00D245C2">
      <w:pPr>
        <w:jc w:val="center"/>
        <w:rPr>
          <w:b/>
          <w:szCs w:val="32"/>
          <w:lang w:bidi="th-TH"/>
        </w:rPr>
      </w:pPr>
    </w:p>
    <w:p w14:paraId="4955B957" w14:textId="77777777" w:rsidR="00D245C2" w:rsidRDefault="00D245C2" w:rsidP="00D245C2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69C06B7" wp14:editId="5ABA882D">
                <wp:simplePos x="0" y="0"/>
                <wp:positionH relativeFrom="column">
                  <wp:posOffset>4880404</wp:posOffset>
                </wp:positionH>
                <wp:positionV relativeFrom="paragraph">
                  <wp:posOffset>23528</wp:posOffset>
                </wp:positionV>
                <wp:extent cx="1842719" cy="1142485"/>
                <wp:effectExtent l="57150" t="19050" r="81915" b="95885"/>
                <wp:wrapNone/>
                <wp:docPr id="741774968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719" cy="11424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592BFE" w14:textId="77777777" w:rsidR="00D245C2" w:rsidRPr="00F025E6" w:rsidRDefault="00D245C2" w:rsidP="00D245C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ผู้รับผิดชอบการให้บริการ</w:t>
                            </w:r>
                          </w:p>
                          <w:p w14:paraId="2AF99C25" w14:textId="2610EF3B" w:rsidR="00D245C2" w:rsidRDefault="00D245C2" w:rsidP="00D245C2">
                            <w:pPr>
                              <w:spacing w:after="0"/>
                              <w:jc w:val="center"/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กลุ่ม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การจัดการศึกษา</w:t>
                            </w:r>
                            <w:r w:rsidR="00695CB4"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ตลอดชีวิต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 075 270570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C06B7" id="_x0000_s1124" style="position:absolute;left:0;text-align:left;margin-left:384.3pt;margin-top:1.85pt;width:145.1pt;height:89.9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F592BFE" w14:textId="77777777" w:rsidR="00D245C2" w:rsidRPr="00F025E6" w:rsidRDefault="00D245C2" w:rsidP="00D245C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ผู้รับผิดชอบการให้บริการ</w:t>
                      </w:r>
                    </w:p>
                    <w:p w14:paraId="2AF99C25" w14:textId="2610EF3B" w:rsidR="00D245C2" w:rsidRDefault="00D245C2" w:rsidP="00D245C2">
                      <w:pPr>
                        <w:spacing w:after="0"/>
                        <w:jc w:val="center"/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กลุ่ม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การจัดการศึกษา</w:t>
                      </w:r>
                      <w:r w:rsidR="00695CB4"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ตลอดชีวิต</w:t>
                      </w: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 xml:space="preserve"> 075 270570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106FD31" wp14:editId="442C0848">
                <wp:simplePos x="0" y="0"/>
                <wp:positionH relativeFrom="margin">
                  <wp:posOffset>214973</wp:posOffset>
                </wp:positionH>
                <wp:positionV relativeFrom="paragraph">
                  <wp:posOffset>156656</wp:posOffset>
                </wp:positionV>
                <wp:extent cx="1811407" cy="418272"/>
                <wp:effectExtent l="57150" t="19050" r="74930" b="96520"/>
                <wp:wrapNone/>
                <wp:docPr id="2141220379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407" cy="41827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7BADE0" w14:textId="77777777" w:rsidR="00D245C2" w:rsidRPr="00F025E6" w:rsidRDefault="00D245C2" w:rsidP="00D245C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จุดบริการ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ขั้นตอนปฏิบัติ</w:t>
                            </w:r>
                          </w:p>
                          <w:p w14:paraId="44CA24AB" w14:textId="77777777" w:rsidR="00D245C2" w:rsidRDefault="00D245C2" w:rsidP="00D245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6FD31" id="_x0000_s1125" style="position:absolute;left:0;text-align:left;margin-left:16.95pt;margin-top:12.35pt;width:142.65pt;height:32.9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57BADE0" w14:textId="77777777" w:rsidR="00D245C2" w:rsidRPr="00F025E6" w:rsidRDefault="00D245C2" w:rsidP="00D245C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 xml:space="preserve">จุดบริการ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ขั้นตอนปฏิบัติ</w:t>
                      </w:r>
                    </w:p>
                    <w:p w14:paraId="44CA24AB" w14:textId="77777777" w:rsidR="00D245C2" w:rsidRDefault="00D245C2" w:rsidP="00D245C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                      </w:t>
      </w:r>
    </w:p>
    <w:p w14:paraId="78B4106D" w14:textId="77777777" w:rsidR="00D245C2" w:rsidRDefault="00D245C2" w:rsidP="00D245C2">
      <w:pPr>
        <w:jc w:val="center"/>
        <w:rPr>
          <w:b/>
          <w:szCs w:val="32"/>
          <w:lang w:bidi="th-TH"/>
        </w:rPr>
      </w:pPr>
    </w:p>
    <w:p w14:paraId="2EE70CED" w14:textId="77777777" w:rsidR="00D245C2" w:rsidRPr="00240BF3" w:rsidRDefault="00D245C2" w:rsidP="00D245C2">
      <w:pPr>
        <w:spacing w:after="0"/>
        <w:rPr>
          <w:rFonts w:ascii="TH SarabunPSK" w:hAnsi="TH SarabunPSK" w:cs="TH SarabunPSK"/>
          <w:szCs w:val="32"/>
          <w:lang w:bidi="th-TH"/>
        </w:rPr>
      </w:pPr>
      <w:proofErr w:type="spellStart"/>
      <w:proofErr w:type="gramStart"/>
      <w:r w:rsidRPr="00240BF3">
        <w:rPr>
          <w:rFonts w:ascii="TH SarabunPSK" w:hAnsi="TH SarabunPSK" w:cs="TH SarabunPSK"/>
          <w:szCs w:val="32"/>
        </w:rPr>
        <w:t>หมายเหตุ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:</w:t>
      </w:r>
      <w:proofErr w:type="gramEnd"/>
      <w:r w:rsidRPr="00240BF3">
        <w:rPr>
          <w:rFonts w:ascii="TH SarabunPSK" w:hAnsi="TH SarabunPSK" w:cs="TH SarabunPSK"/>
          <w:szCs w:val="32"/>
        </w:rPr>
        <w:t xml:space="preserve"> </w:t>
      </w:r>
      <w:proofErr w:type="spellStart"/>
      <w:r w:rsidRPr="00240BF3">
        <w:rPr>
          <w:rFonts w:ascii="TH SarabunPSK" w:hAnsi="TH SarabunPSK" w:cs="TH SarabunPSK"/>
          <w:szCs w:val="32"/>
        </w:rPr>
        <w:t>ไม่มีค่าธรรมเนียม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/ </w:t>
      </w:r>
      <w:r w:rsidRPr="00240BF3">
        <w:rPr>
          <w:rFonts w:ascii="TH SarabunPSK" w:hAnsi="TH SarabunPSK" w:cs="TH SarabunPSK"/>
          <w:szCs w:val="32"/>
          <w:cs/>
          <w:lang w:bidi="th-TH"/>
        </w:rPr>
        <w:t>ไม่ม</w:t>
      </w:r>
      <w:r>
        <w:rPr>
          <w:rFonts w:ascii="TH SarabunPSK" w:hAnsi="TH SarabunPSK" w:cs="TH SarabunPSK" w:hint="cs"/>
          <w:szCs w:val="32"/>
          <w:cs/>
          <w:lang w:bidi="th-TH"/>
        </w:rPr>
        <w:t>ี</w:t>
      </w:r>
      <w:r w:rsidRPr="00240BF3">
        <w:rPr>
          <w:rFonts w:ascii="TH SarabunPSK" w:hAnsi="TH SarabunPSK" w:cs="TH SarabunPSK"/>
          <w:szCs w:val="32"/>
          <w:cs/>
          <w:lang w:bidi="th-TH"/>
        </w:rPr>
        <w:t>รายการ</w:t>
      </w:r>
      <w:proofErr w:type="spellStart"/>
      <w:r w:rsidRPr="00240BF3">
        <w:rPr>
          <w:rFonts w:ascii="TH SarabunPSK" w:hAnsi="TH SarabunPSK" w:cs="TH SarabunPSK"/>
          <w:szCs w:val="32"/>
        </w:rPr>
        <w:t>เอกสาร</w:t>
      </w:r>
      <w:proofErr w:type="spellEnd"/>
    </w:p>
    <w:p w14:paraId="70E7A627" w14:textId="77777777" w:rsidR="00D245C2" w:rsidRPr="00240BF3" w:rsidRDefault="00D245C2" w:rsidP="00D245C2">
      <w:pPr>
        <w:spacing w:after="0"/>
        <w:rPr>
          <w:rFonts w:ascii="TH SarabunPSK" w:hAnsi="TH SarabunPSK" w:cs="TH SarabunPSK"/>
          <w:szCs w:val="32"/>
        </w:rPr>
      </w:pPr>
      <w:proofErr w:type="spellStart"/>
      <w:r w:rsidRPr="00240BF3">
        <w:rPr>
          <w:rFonts w:ascii="TH SarabunPSK" w:hAnsi="TH SarabunPSK" w:cs="TH SarabunPSK"/>
          <w:szCs w:val="32"/>
        </w:rPr>
        <w:t>หลักฐานประกอบการยื่นคำขอให้เป็นไปตามประเภทของงานบริการ</w:t>
      </w:r>
      <w:proofErr w:type="spellEnd"/>
    </w:p>
    <w:p w14:paraId="35EEB009" w14:textId="77777777" w:rsidR="00355C00" w:rsidRDefault="00355C00">
      <w:pPr>
        <w:jc w:val="center"/>
        <w:rPr>
          <w:b/>
          <w:szCs w:val="32"/>
          <w:lang w:bidi="th-TH"/>
        </w:rPr>
      </w:pPr>
    </w:p>
    <w:p w14:paraId="159FCD32" w14:textId="77777777" w:rsidR="00D2193E" w:rsidRDefault="00D2193E" w:rsidP="00D2193E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F1ABE9B" wp14:editId="1D22CDF5">
                <wp:simplePos x="0" y="0"/>
                <wp:positionH relativeFrom="margin">
                  <wp:align>center</wp:align>
                </wp:positionH>
                <wp:positionV relativeFrom="paragraph">
                  <wp:posOffset>27288</wp:posOffset>
                </wp:positionV>
                <wp:extent cx="3918502" cy="450077"/>
                <wp:effectExtent l="76200" t="57150" r="82550" b="102870"/>
                <wp:wrapNone/>
                <wp:docPr id="1696097153" name="แผนผังลําดับงาน: กระบวนการสำรอ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502" cy="450077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083A5A" w14:textId="7B2797A9" w:rsidR="00D2193E" w:rsidRPr="00355C00" w:rsidRDefault="00D2193E" w:rsidP="00D219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</w:rPr>
                            </w:pPr>
                            <w:proofErr w:type="spellStart"/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</w:rPr>
                              <w:t>ขั้นตอนการ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Cs/>
                                <w:szCs w:val="32"/>
                                <w:cs/>
                                <w:lang w:bidi="th-TH"/>
                              </w:rPr>
                              <w:t>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ABE9B" id="_x0000_s1126" type="#_x0000_t176" style="position:absolute;left:0;text-align:left;margin-left:0;margin-top:2.15pt;width:308.55pt;height:35.45pt;z-index:251820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" fillcolor="#4f81bd [3204]" strokecolor="white [3201]" strokeweight="3pt">
                <v:shadow on="t" color="black" opacity="24903f" origin=",.5" offset="0,.55556mm"/>
                <v:textbox>
                  <w:txbxContent>
                    <w:p w14:paraId="35083A5A" w14:textId="7B2797A9" w:rsidR="00D2193E" w:rsidRPr="00355C00" w:rsidRDefault="00D2193E" w:rsidP="00D2193E">
                      <w:pPr>
                        <w:jc w:val="center"/>
                        <w:rPr>
                          <w:rFonts w:ascii="TH SarabunPSK" w:hAnsi="TH SarabunPSK" w:cs="TH SarabunPSK"/>
                          <w:bCs/>
                        </w:rPr>
                      </w:pPr>
                      <w:proofErr w:type="spellStart"/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</w:rPr>
                        <w:t>ขั้นตอนการ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Cs/>
                          <w:szCs w:val="32"/>
                          <w:cs/>
                          <w:lang w:bidi="th-TH"/>
                        </w:rPr>
                        <w:t>ประชาสัมพันธ์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8FC252" w14:textId="77777777" w:rsidR="00D2193E" w:rsidRPr="00355C00" w:rsidRDefault="00D2193E" w:rsidP="00D2193E">
      <w:pPr>
        <w:jc w:val="center"/>
        <w:rPr>
          <w:b/>
          <w:szCs w:val="32"/>
          <w:lang w:bidi="th-TH"/>
        </w:rPr>
      </w:pPr>
      <w:r w:rsidRPr="00355C00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455D17A" wp14:editId="3B51DEE8">
                <wp:simplePos x="0" y="0"/>
                <wp:positionH relativeFrom="column">
                  <wp:posOffset>3151974</wp:posOffset>
                </wp:positionH>
                <wp:positionV relativeFrom="paragraph">
                  <wp:posOffset>194614</wp:posOffset>
                </wp:positionV>
                <wp:extent cx="85725" cy="161925"/>
                <wp:effectExtent l="57150" t="19050" r="66675" b="104775"/>
                <wp:wrapNone/>
                <wp:docPr id="330990186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461E0" id="ลูกศร: ลง 5" o:spid="_x0000_s1026" type="#_x0000_t67" style="position:absolute;margin-left:248.2pt;margin-top:15.3pt;width:6.75pt;height:12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5C1E7E62" w14:textId="77777777" w:rsidR="00D2193E" w:rsidRDefault="00D2193E" w:rsidP="00D2193E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EE13CDA" wp14:editId="31E8577B">
                <wp:simplePos x="0" y="0"/>
                <wp:positionH relativeFrom="column">
                  <wp:posOffset>2219582</wp:posOffset>
                </wp:positionH>
                <wp:positionV relativeFrom="paragraph">
                  <wp:posOffset>29622</wp:posOffset>
                </wp:positionV>
                <wp:extent cx="1699895" cy="1008105"/>
                <wp:effectExtent l="57150" t="38100" r="71755" b="97155"/>
                <wp:wrapNone/>
                <wp:docPr id="684824260" name="แผนผังลําดับงาน: กระบวนการสำรอ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895" cy="100810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88D35" w14:textId="3DB1C7B9" w:rsidR="00D2193E" w:rsidRPr="00355C00" w:rsidRDefault="00D2193E" w:rsidP="00D219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จัดระบบข้อมูลข่าวสาร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13CDA" id="_x0000_s1127" type="#_x0000_t176" style="position:absolute;left:0;text-align:left;margin-left:174.75pt;margin-top:2.35pt;width:133.85pt;height:79.4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57B88D35" w14:textId="3DB1C7B9" w:rsidR="00D2193E" w:rsidRPr="00355C00" w:rsidRDefault="00D2193E" w:rsidP="00D2193E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จัดระบบข้อมูลข่าวสาร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970CCD2" wp14:editId="376E648A">
                <wp:simplePos x="0" y="0"/>
                <wp:positionH relativeFrom="column">
                  <wp:posOffset>4765074</wp:posOffset>
                </wp:positionH>
                <wp:positionV relativeFrom="paragraph">
                  <wp:posOffset>175329</wp:posOffset>
                </wp:positionV>
                <wp:extent cx="1906822" cy="656452"/>
                <wp:effectExtent l="57150" t="19050" r="74930" b="86995"/>
                <wp:wrapNone/>
                <wp:docPr id="1630957232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65645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3CBD3" w14:textId="28D54ECD" w:rsidR="00D2193E" w:rsidRPr="00F025E6" w:rsidRDefault="00D2193E" w:rsidP="00D219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ภายใน 5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70CCD2" id="_x0000_s1128" style="position:absolute;left:0;text-align:left;margin-left:375.2pt;margin-top:13.8pt;width:150.15pt;height:51.7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F23CBD3" w14:textId="28D54ECD" w:rsidR="00D2193E" w:rsidRPr="00F025E6" w:rsidRDefault="00D2193E" w:rsidP="00D2193E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ภายใน 5 นาที</w:t>
                      </w:r>
                    </w:p>
                  </w:txbxContent>
                </v:textbox>
              </v:rect>
            </w:pict>
          </mc:Fallback>
        </mc:AlternateContent>
      </w:r>
    </w:p>
    <w:p w14:paraId="18E35117" w14:textId="77777777" w:rsidR="00D2193E" w:rsidRDefault="00D2193E" w:rsidP="00D2193E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113CA37" wp14:editId="0F416FC8">
                <wp:simplePos x="0" y="0"/>
                <wp:positionH relativeFrom="column">
                  <wp:posOffset>3193111</wp:posOffset>
                </wp:positionH>
                <wp:positionV relativeFrom="paragraph">
                  <wp:posOffset>401072</wp:posOffset>
                </wp:positionV>
                <wp:extent cx="85725" cy="161925"/>
                <wp:effectExtent l="57150" t="19050" r="66675" b="104775"/>
                <wp:wrapNone/>
                <wp:docPr id="1464335780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FC8F5A" w14:textId="77777777" w:rsidR="00D2193E" w:rsidRDefault="00D2193E" w:rsidP="00D2193E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CA37" id="_x0000_s1129" type="#_x0000_t67" style="position:absolute;left:0;text-align:left;margin-left:251.45pt;margin-top:31.6pt;width:6.75pt;height:12.7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8FC8F5A" w14:textId="77777777" w:rsidR="00D2193E" w:rsidRDefault="00D2193E" w:rsidP="00D2193E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</w:t>
      </w:r>
    </w:p>
    <w:p w14:paraId="5B71F2DA" w14:textId="3202D731" w:rsidR="00D2193E" w:rsidRDefault="00D2193E" w:rsidP="00D2193E">
      <w:pPr>
        <w:jc w:val="center"/>
        <w:rPr>
          <w:b/>
          <w:noProof/>
          <w:szCs w:val="32"/>
          <w:lang w:bidi="th-TH"/>
        </w:rPr>
      </w:pPr>
    </w:p>
    <w:p w14:paraId="3AFA09F4" w14:textId="32064F6A" w:rsidR="00D2193E" w:rsidRDefault="00D2193E" w:rsidP="00D2193E">
      <w:pPr>
        <w:jc w:val="center"/>
        <w:rPr>
          <w:b/>
          <w:noProof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6A66CCE" wp14:editId="75141EC2">
                <wp:simplePos x="0" y="0"/>
                <wp:positionH relativeFrom="column">
                  <wp:posOffset>2243575</wp:posOffset>
                </wp:positionH>
                <wp:positionV relativeFrom="paragraph">
                  <wp:posOffset>278508</wp:posOffset>
                </wp:positionV>
                <wp:extent cx="1890395" cy="760730"/>
                <wp:effectExtent l="57150" t="38100" r="14605" b="96520"/>
                <wp:wrapNone/>
                <wp:docPr id="359175709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0395" cy="760730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CA7FD" w14:textId="3C6B99AB" w:rsidR="00D2193E" w:rsidRDefault="00D2193E" w:rsidP="00D2193E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ตรวจสอบข้อมูลข่าวสาร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66CCE" id="_x0000_s1130" type="#_x0000_t117" style="position:absolute;left:0;text-align:left;margin-left:176.65pt;margin-top:21.95pt;width:148.85pt;height:59.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55CA7FD" w14:textId="3C6B99AB" w:rsidR="00D2193E" w:rsidRDefault="00D2193E" w:rsidP="00D2193E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ตรวจสอบข้อมูลข่าวสาร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63AAB0E0" w14:textId="5C87D09B" w:rsidR="00D2193E" w:rsidRDefault="00D2193E" w:rsidP="00D2193E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C6A104A" wp14:editId="519E2AB2">
                <wp:simplePos x="0" y="0"/>
                <wp:positionH relativeFrom="column">
                  <wp:posOffset>4777723</wp:posOffset>
                </wp:positionH>
                <wp:positionV relativeFrom="paragraph">
                  <wp:posOffset>76766</wp:posOffset>
                </wp:positionV>
                <wp:extent cx="1906822" cy="362612"/>
                <wp:effectExtent l="57150" t="19050" r="74930" b="94615"/>
                <wp:wrapNone/>
                <wp:docPr id="1704127882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DA6F84" w14:textId="23DB8ABE" w:rsidR="00D2193E" w:rsidRPr="00F025E6" w:rsidRDefault="00D2193E" w:rsidP="00D219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5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6A104A" id="_x0000_s1131" style="position:absolute;left:0;text-align:left;margin-left:376.2pt;margin-top:6.05pt;width:150.15pt;height:28.5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FDA6F84" w14:textId="23DB8ABE" w:rsidR="00D2193E" w:rsidRPr="00F025E6" w:rsidRDefault="00D2193E" w:rsidP="00D2193E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5 นาที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noProof/>
          <w:szCs w:val="32"/>
          <w:cs/>
          <w:lang w:bidi="th-TH"/>
        </w:rPr>
        <w:t xml:space="preserve">      </w:t>
      </w:r>
    </w:p>
    <w:p w14:paraId="26507331" w14:textId="77777777" w:rsidR="00D2193E" w:rsidRDefault="00D2193E" w:rsidP="00D2193E">
      <w:pPr>
        <w:jc w:val="center"/>
        <w:rPr>
          <w:b/>
          <w:szCs w:val="32"/>
          <w:lang w:bidi="th-TH"/>
        </w:rPr>
      </w:pPr>
      <w:r>
        <w:rPr>
          <w:rFonts w:hint="cs"/>
          <w:b/>
          <w:szCs w:val="32"/>
          <w:cs/>
          <w:lang w:bidi="th-TH"/>
        </w:rPr>
        <w:t xml:space="preserve">                  </w:t>
      </w:r>
    </w:p>
    <w:p w14:paraId="775FF544" w14:textId="78D61170" w:rsidR="00D2193E" w:rsidRDefault="00D2193E" w:rsidP="00D2193E">
      <w:pPr>
        <w:jc w:val="center"/>
        <w:rPr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EEA174E" wp14:editId="4767DE70">
                <wp:simplePos x="0" y="0"/>
                <wp:positionH relativeFrom="margin">
                  <wp:align>center</wp:align>
                </wp:positionH>
                <wp:positionV relativeFrom="paragraph">
                  <wp:posOffset>275144</wp:posOffset>
                </wp:positionV>
                <wp:extent cx="2529531" cy="917489"/>
                <wp:effectExtent l="57150" t="38100" r="23495" b="92710"/>
                <wp:wrapNone/>
                <wp:docPr id="1965751860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531" cy="917489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375BE7" w14:textId="531CE925" w:rsidR="00D2193E" w:rsidRDefault="00D2193E" w:rsidP="00D2193E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นำเสนอข้อมูลข่าวสารทางเว</w:t>
                            </w:r>
                            <w:r w:rsidR="00B9675E"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ปไซด์ สกร.ระดับอำเภอ</w:t>
                            </w:r>
                            <w:r w:rsidR="00B9675E"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หาดสำราญ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A174E" id="_x0000_s1132" type="#_x0000_t117" style="position:absolute;left:0;text-align:left;margin-left:0;margin-top:21.65pt;width:199.2pt;height:72.25pt;z-index:251806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76375BE7" w14:textId="531CE925" w:rsidR="00D2193E" w:rsidRDefault="00D2193E" w:rsidP="00D2193E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นำเสนอข้อมูลข่าวสารทางเว</w:t>
                      </w:r>
                      <w:r w:rsidR="00B9675E"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็</w:t>
                      </w: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ปไซด์ สกร.ระดับอำเภอ</w:t>
                      </w:r>
                      <w:r w:rsidR="00B9675E"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หาดสำราญ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64B1658" wp14:editId="358D781E">
                <wp:simplePos x="0" y="0"/>
                <wp:positionH relativeFrom="column">
                  <wp:posOffset>3188918</wp:posOffset>
                </wp:positionH>
                <wp:positionV relativeFrom="paragraph">
                  <wp:posOffset>22465</wp:posOffset>
                </wp:positionV>
                <wp:extent cx="85725" cy="161925"/>
                <wp:effectExtent l="57150" t="19050" r="66675" b="104775"/>
                <wp:wrapNone/>
                <wp:docPr id="867999029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08EEC9" w14:textId="77777777" w:rsidR="00D2193E" w:rsidRDefault="00D2193E" w:rsidP="00D2193E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B1658" id="_x0000_s1133" type="#_x0000_t67" style="position:absolute;left:0;text-align:left;margin-left:251.1pt;margin-top:1.75pt;width:6.75pt;height:12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608EEC9" w14:textId="77777777" w:rsidR="00D2193E" w:rsidRDefault="00D2193E" w:rsidP="00D2193E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  <w:lang w:bidi="th-TH"/>
        </w:rPr>
        <w:t xml:space="preserve">  </w:t>
      </w:r>
    </w:p>
    <w:p w14:paraId="37512312" w14:textId="7C33024F" w:rsidR="00D2193E" w:rsidRDefault="00D2193E" w:rsidP="00D2193E">
      <w:pPr>
        <w:jc w:val="center"/>
        <w:rPr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8B0FE53" wp14:editId="780FE118">
                <wp:simplePos x="0" y="0"/>
                <wp:positionH relativeFrom="column">
                  <wp:posOffset>4822173</wp:posOffset>
                </wp:positionH>
                <wp:positionV relativeFrom="paragraph">
                  <wp:posOffset>127824</wp:posOffset>
                </wp:positionV>
                <wp:extent cx="1906822" cy="483458"/>
                <wp:effectExtent l="57150" t="19050" r="74930" b="88265"/>
                <wp:wrapNone/>
                <wp:docPr id="1612576590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48345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C0A8B8" w14:textId="6C029B86" w:rsidR="00D2193E" w:rsidRPr="002F7699" w:rsidRDefault="00D2193E" w:rsidP="00D219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5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0FE53" id="_x0000_s1134" style="position:absolute;left:0;text-align:left;margin-left:379.7pt;margin-top:10.05pt;width:150.15pt;height:38.0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DC0A8B8" w14:textId="6C029B86" w:rsidR="00D2193E" w:rsidRPr="002F7699" w:rsidRDefault="00D2193E" w:rsidP="00D2193E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5 นาที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cs/>
          <w:lang w:bidi="th-TH"/>
        </w:rPr>
        <w:t xml:space="preserve">  </w:t>
      </w:r>
    </w:p>
    <w:p w14:paraId="3EBB3CA3" w14:textId="1AFA9FDC" w:rsidR="00D2193E" w:rsidRDefault="00D2193E" w:rsidP="00D2193E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2882E09" wp14:editId="4D5AE284">
                <wp:simplePos x="0" y="0"/>
                <wp:positionH relativeFrom="column">
                  <wp:posOffset>3143507</wp:posOffset>
                </wp:positionH>
                <wp:positionV relativeFrom="paragraph">
                  <wp:posOffset>337717</wp:posOffset>
                </wp:positionV>
                <wp:extent cx="85725" cy="161925"/>
                <wp:effectExtent l="57150" t="19050" r="66675" b="104775"/>
                <wp:wrapNone/>
                <wp:docPr id="1691678908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04A56B" w14:textId="77777777" w:rsidR="00D2193E" w:rsidRDefault="00D2193E" w:rsidP="00D2193E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82E09" id="_x0000_s1135" type="#_x0000_t67" style="position:absolute;left:0;text-align:left;margin-left:247.5pt;margin-top:26.6pt;width:6.75pt;height:12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A04A56B" w14:textId="77777777" w:rsidR="00D2193E" w:rsidRDefault="00D2193E" w:rsidP="00D2193E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3011FD8D" w14:textId="45FB2E67" w:rsidR="00D2193E" w:rsidRDefault="00D2193E" w:rsidP="00D2193E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73A94A7" wp14:editId="5729BBBE">
                <wp:simplePos x="0" y="0"/>
                <wp:positionH relativeFrom="page">
                  <wp:posOffset>2809669</wp:posOffset>
                </wp:positionH>
                <wp:positionV relativeFrom="paragraph">
                  <wp:posOffset>384226</wp:posOffset>
                </wp:positionV>
                <wp:extent cx="1731894" cy="982814"/>
                <wp:effectExtent l="57150" t="38100" r="78105" b="103505"/>
                <wp:wrapNone/>
                <wp:docPr id="1577384475" name="แผนผังลําดับงาน: กระบวนการสำรอ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894" cy="982814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092997" w14:textId="43F4269D" w:rsidR="00D2193E" w:rsidRDefault="00D2193E" w:rsidP="00D2193E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สร้างเครือข่ายประชาสัมพันธ์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A94A7" id="_x0000_s1136" type="#_x0000_t176" style="position:absolute;left:0;text-align:left;margin-left:221.25pt;margin-top:30.25pt;width:136.35pt;height:77.4pt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1092997" w14:textId="43F4269D" w:rsidR="00D2193E" w:rsidRDefault="00D2193E" w:rsidP="00D2193E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สร้างเครือข่ายประชาสัมพันธ์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38D6E0" w14:textId="0094B300" w:rsidR="00D2193E" w:rsidRDefault="00D2193E" w:rsidP="00D2193E">
      <w:pPr>
        <w:jc w:val="center"/>
        <w:rPr>
          <w:b/>
          <w:szCs w:val="32"/>
          <w:lang w:bidi="th-TH"/>
        </w:rPr>
      </w:pPr>
    </w:p>
    <w:p w14:paraId="4898223F" w14:textId="5D99EF43" w:rsidR="00D2193E" w:rsidRDefault="00D2193E" w:rsidP="00D2193E">
      <w:pPr>
        <w:jc w:val="center"/>
        <w:rPr>
          <w:b/>
          <w:szCs w:val="32"/>
          <w:lang w:bidi="th-TH"/>
        </w:rPr>
      </w:pPr>
    </w:p>
    <w:p w14:paraId="7DBD1291" w14:textId="77777777" w:rsidR="00D2193E" w:rsidRDefault="00D2193E" w:rsidP="00D2193E">
      <w:pPr>
        <w:jc w:val="center"/>
        <w:rPr>
          <w:b/>
          <w:szCs w:val="32"/>
          <w:lang w:bidi="th-TH"/>
        </w:rPr>
      </w:pPr>
    </w:p>
    <w:p w14:paraId="597E3A03" w14:textId="77777777" w:rsidR="00D2193E" w:rsidRDefault="00D2193E" w:rsidP="00D2193E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898B9B3" wp14:editId="5618EAEF">
                <wp:simplePos x="0" y="0"/>
                <wp:positionH relativeFrom="column">
                  <wp:posOffset>4880404</wp:posOffset>
                </wp:positionH>
                <wp:positionV relativeFrom="paragraph">
                  <wp:posOffset>23528</wp:posOffset>
                </wp:positionV>
                <wp:extent cx="1842719" cy="1142485"/>
                <wp:effectExtent l="57150" t="19050" r="81915" b="95885"/>
                <wp:wrapNone/>
                <wp:docPr id="1379162368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719" cy="11424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1ECE8E" w14:textId="77777777" w:rsidR="00D2193E" w:rsidRPr="00F025E6" w:rsidRDefault="00D2193E" w:rsidP="00D2193E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ผู้รับผิดชอบการให้บริการ</w:t>
                            </w:r>
                          </w:p>
                          <w:p w14:paraId="0BE713D4" w14:textId="7282D252" w:rsidR="00D2193E" w:rsidRDefault="00D2193E" w:rsidP="00D2193E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งานประชาสัมพันธ์                    075 270570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98B9B3" id="_x0000_s1137" style="position:absolute;left:0;text-align:left;margin-left:384.3pt;margin-top:1.85pt;width:145.1pt;height:89.9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F1ECE8E" w14:textId="77777777" w:rsidR="00D2193E" w:rsidRPr="00F025E6" w:rsidRDefault="00D2193E" w:rsidP="00D2193E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ผู้รับผิดชอบการให้บริการ</w:t>
                      </w:r>
                    </w:p>
                    <w:p w14:paraId="0BE713D4" w14:textId="7282D252" w:rsidR="00D2193E" w:rsidRDefault="00D2193E" w:rsidP="00D2193E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งานประชาสัมพันธ์                    075 270570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4F9A3AD" wp14:editId="4808D6F3">
                <wp:simplePos x="0" y="0"/>
                <wp:positionH relativeFrom="margin">
                  <wp:posOffset>214973</wp:posOffset>
                </wp:positionH>
                <wp:positionV relativeFrom="paragraph">
                  <wp:posOffset>156656</wp:posOffset>
                </wp:positionV>
                <wp:extent cx="1811407" cy="418272"/>
                <wp:effectExtent l="57150" t="19050" r="74930" b="96520"/>
                <wp:wrapNone/>
                <wp:docPr id="1265399924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407" cy="41827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6FCEC3" w14:textId="77777777" w:rsidR="00D2193E" w:rsidRPr="00353547" w:rsidRDefault="00D2193E" w:rsidP="00D2193E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จุดบริการ </w:t>
                            </w: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ขั้นตอนปฏิบัติ</w:t>
                            </w:r>
                          </w:p>
                          <w:p w14:paraId="4C5BC95C" w14:textId="77777777" w:rsidR="00D2193E" w:rsidRDefault="00D2193E" w:rsidP="00D219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9A3AD" id="_x0000_s1138" style="position:absolute;left:0;text-align:left;margin-left:16.95pt;margin-top:12.35pt;width:142.65pt;height:32.9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06FCEC3" w14:textId="77777777" w:rsidR="00D2193E" w:rsidRPr="00353547" w:rsidRDefault="00D2193E" w:rsidP="00D2193E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 xml:space="preserve">จุดบริการ </w:t>
                      </w: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ขั้นตอนปฏิบัติ</w:t>
                      </w:r>
                    </w:p>
                    <w:p w14:paraId="4C5BC95C" w14:textId="77777777" w:rsidR="00D2193E" w:rsidRDefault="00D2193E" w:rsidP="00D2193E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                      </w:t>
      </w:r>
    </w:p>
    <w:p w14:paraId="5A847050" w14:textId="77777777" w:rsidR="00D2193E" w:rsidRDefault="00D2193E" w:rsidP="00D2193E">
      <w:pPr>
        <w:jc w:val="center"/>
        <w:rPr>
          <w:b/>
          <w:szCs w:val="32"/>
          <w:lang w:bidi="th-TH"/>
        </w:rPr>
      </w:pPr>
    </w:p>
    <w:p w14:paraId="25D58422" w14:textId="77777777" w:rsidR="00D2193E" w:rsidRPr="00240BF3" w:rsidRDefault="00D2193E" w:rsidP="00D2193E">
      <w:pPr>
        <w:spacing w:after="0"/>
        <w:rPr>
          <w:rFonts w:ascii="TH SarabunPSK" w:hAnsi="TH SarabunPSK" w:cs="TH SarabunPSK"/>
          <w:szCs w:val="32"/>
          <w:lang w:bidi="th-TH"/>
        </w:rPr>
      </w:pPr>
      <w:proofErr w:type="spellStart"/>
      <w:proofErr w:type="gramStart"/>
      <w:r w:rsidRPr="00240BF3">
        <w:rPr>
          <w:rFonts w:ascii="TH SarabunPSK" w:hAnsi="TH SarabunPSK" w:cs="TH SarabunPSK"/>
          <w:szCs w:val="32"/>
        </w:rPr>
        <w:t>หมายเหตุ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:</w:t>
      </w:r>
      <w:proofErr w:type="gramEnd"/>
      <w:r w:rsidRPr="00240BF3">
        <w:rPr>
          <w:rFonts w:ascii="TH SarabunPSK" w:hAnsi="TH SarabunPSK" w:cs="TH SarabunPSK"/>
          <w:szCs w:val="32"/>
        </w:rPr>
        <w:t xml:space="preserve"> </w:t>
      </w:r>
      <w:proofErr w:type="spellStart"/>
      <w:r w:rsidRPr="00240BF3">
        <w:rPr>
          <w:rFonts w:ascii="TH SarabunPSK" w:hAnsi="TH SarabunPSK" w:cs="TH SarabunPSK"/>
          <w:szCs w:val="32"/>
        </w:rPr>
        <w:t>ไม่มีค่าธรรมเนียม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/ </w:t>
      </w:r>
      <w:r w:rsidRPr="00240BF3">
        <w:rPr>
          <w:rFonts w:ascii="TH SarabunPSK" w:hAnsi="TH SarabunPSK" w:cs="TH SarabunPSK"/>
          <w:szCs w:val="32"/>
          <w:cs/>
          <w:lang w:bidi="th-TH"/>
        </w:rPr>
        <w:t>ไม่ม</w:t>
      </w:r>
      <w:r>
        <w:rPr>
          <w:rFonts w:ascii="TH SarabunPSK" w:hAnsi="TH SarabunPSK" w:cs="TH SarabunPSK" w:hint="cs"/>
          <w:szCs w:val="32"/>
          <w:cs/>
          <w:lang w:bidi="th-TH"/>
        </w:rPr>
        <w:t>ี</w:t>
      </w:r>
      <w:r w:rsidRPr="00240BF3">
        <w:rPr>
          <w:rFonts w:ascii="TH SarabunPSK" w:hAnsi="TH SarabunPSK" w:cs="TH SarabunPSK"/>
          <w:szCs w:val="32"/>
          <w:cs/>
          <w:lang w:bidi="th-TH"/>
        </w:rPr>
        <w:t>รายการ</w:t>
      </w:r>
      <w:proofErr w:type="spellStart"/>
      <w:r w:rsidRPr="00240BF3">
        <w:rPr>
          <w:rFonts w:ascii="TH SarabunPSK" w:hAnsi="TH SarabunPSK" w:cs="TH SarabunPSK"/>
          <w:szCs w:val="32"/>
        </w:rPr>
        <w:t>เอกสาร</w:t>
      </w:r>
      <w:proofErr w:type="spellEnd"/>
    </w:p>
    <w:p w14:paraId="0B3AC261" w14:textId="77777777" w:rsidR="00D2193E" w:rsidRPr="00240BF3" w:rsidRDefault="00D2193E" w:rsidP="00D2193E">
      <w:pPr>
        <w:spacing w:after="0"/>
        <w:rPr>
          <w:rFonts w:ascii="TH SarabunPSK" w:hAnsi="TH SarabunPSK" w:cs="TH SarabunPSK"/>
          <w:szCs w:val="32"/>
        </w:rPr>
      </w:pPr>
      <w:proofErr w:type="spellStart"/>
      <w:r w:rsidRPr="00240BF3">
        <w:rPr>
          <w:rFonts w:ascii="TH SarabunPSK" w:hAnsi="TH SarabunPSK" w:cs="TH SarabunPSK"/>
          <w:szCs w:val="32"/>
        </w:rPr>
        <w:t>หลักฐานประกอบการยื่นคำขอให้เป็นไปตามประเภทของงานบริการ</w:t>
      </w:r>
      <w:proofErr w:type="spellEnd"/>
    </w:p>
    <w:p w14:paraId="683FB54A" w14:textId="77777777" w:rsidR="00D2193E" w:rsidRPr="00D245C2" w:rsidRDefault="00D2193E" w:rsidP="00D2193E">
      <w:pPr>
        <w:jc w:val="center"/>
        <w:rPr>
          <w:b/>
          <w:szCs w:val="32"/>
          <w:lang w:bidi="th-TH"/>
        </w:rPr>
      </w:pPr>
    </w:p>
    <w:p w14:paraId="4F112C0A" w14:textId="77777777" w:rsidR="00353547" w:rsidRDefault="00353547" w:rsidP="00353547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0D65613" wp14:editId="61E7D23E">
                <wp:simplePos x="0" y="0"/>
                <wp:positionH relativeFrom="margin">
                  <wp:align>center</wp:align>
                </wp:positionH>
                <wp:positionV relativeFrom="paragraph">
                  <wp:posOffset>27288</wp:posOffset>
                </wp:positionV>
                <wp:extent cx="3918502" cy="450077"/>
                <wp:effectExtent l="76200" t="57150" r="82550" b="102870"/>
                <wp:wrapNone/>
                <wp:docPr id="1587009560" name="แผนผังลําดับงาน: กระบวนการสำรอ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502" cy="450077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A9759E" w14:textId="45E536BE" w:rsidR="00353547" w:rsidRPr="00355C00" w:rsidRDefault="00353547" w:rsidP="003535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</w:rPr>
                            </w:pPr>
                            <w:proofErr w:type="spellStart"/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</w:rPr>
                              <w:t>ขั้นตอน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Cs/>
                                <w:szCs w:val="32"/>
                                <w:cs/>
                                <w:lang w:bidi="th-TH"/>
                              </w:rPr>
                              <w:t>รับส่งหนังสือราชการ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65613" id="_x0000_s1139" type="#_x0000_t176" style="position:absolute;left:0;text-align:left;margin-left:0;margin-top:2.15pt;width:308.55pt;height:35.45pt;z-index:251837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" fillcolor="#4f81bd [3204]" strokecolor="white [3201]" strokeweight="3pt">
                <v:shadow on="t" color="black" opacity="24903f" origin=",.5" offset="0,.55556mm"/>
                <v:textbox>
                  <w:txbxContent>
                    <w:p w14:paraId="24A9759E" w14:textId="45E536BE" w:rsidR="00353547" w:rsidRPr="00355C00" w:rsidRDefault="00353547" w:rsidP="00353547">
                      <w:pPr>
                        <w:jc w:val="center"/>
                        <w:rPr>
                          <w:rFonts w:ascii="TH SarabunPSK" w:hAnsi="TH SarabunPSK" w:cs="TH SarabunPSK"/>
                          <w:bCs/>
                        </w:rPr>
                      </w:pPr>
                      <w:proofErr w:type="spellStart"/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</w:rPr>
                        <w:t>ขั้นตอน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Cs/>
                          <w:szCs w:val="32"/>
                          <w:cs/>
                          <w:lang w:bidi="th-TH"/>
                        </w:rPr>
                        <w:t>รับส่งหนังสือราชการ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D367E7" w14:textId="77777777" w:rsidR="00353547" w:rsidRPr="00355C00" w:rsidRDefault="00353547" w:rsidP="00353547">
      <w:pPr>
        <w:jc w:val="center"/>
        <w:rPr>
          <w:b/>
          <w:szCs w:val="32"/>
          <w:lang w:bidi="th-TH"/>
        </w:rPr>
      </w:pPr>
      <w:r w:rsidRPr="00355C00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E50BCE8" wp14:editId="2A6C1009">
                <wp:simplePos x="0" y="0"/>
                <wp:positionH relativeFrom="column">
                  <wp:posOffset>3151974</wp:posOffset>
                </wp:positionH>
                <wp:positionV relativeFrom="paragraph">
                  <wp:posOffset>194614</wp:posOffset>
                </wp:positionV>
                <wp:extent cx="85725" cy="161925"/>
                <wp:effectExtent l="57150" t="19050" r="66675" b="104775"/>
                <wp:wrapNone/>
                <wp:docPr id="1685056742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6DC62" id="ลูกศร: ลง 5" o:spid="_x0000_s1026" type="#_x0000_t67" style="position:absolute;margin-left:248.2pt;margin-top:15.3pt;width:6.75pt;height:12.7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2945F4D1" w14:textId="7E475398" w:rsidR="00353547" w:rsidRDefault="00353547" w:rsidP="00353547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EAFF793" wp14:editId="68B2521F">
                <wp:simplePos x="0" y="0"/>
                <wp:positionH relativeFrom="column">
                  <wp:posOffset>1651464</wp:posOffset>
                </wp:positionH>
                <wp:positionV relativeFrom="paragraph">
                  <wp:posOffset>46956</wp:posOffset>
                </wp:positionV>
                <wp:extent cx="2959769" cy="1008105"/>
                <wp:effectExtent l="57150" t="38100" r="69215" b="97155"/>
                <wp:wrapNone/>
                <wp:docPr id="1579788604" name="แผนผังลําดับงาน: กระบวนการสำรอ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769" cy="100810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11F6EF" w14:textId="7D9D4C7E" w:rsidR="00353547" w:rsidRPr="00355C00" w:rsidRDefault="00353547" w:rsidP="003535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ได้รับหนังสือจากสถานศึก</w:t>
                            </w:r>
                            <w:r w:rsidR="000C58A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ษ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า สกร.และหน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่ว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บงานภายนอก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FF793" id="_x0000_s1140" type="#_x0000_t176" style="position:absolute;left:0;text-align:left;margin-left:130.05pt;margin-top:3.7pt;width:233.05pt;height:79.4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411F6EF" w14:textId="7D9D4C7E" w:rsidR="00353547" w:rsidRPr="00355C00" w:rsidRDefault="00353547" w:rsidP="0035354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ได้รับหนังสือจากสถานศึก</w:t>
                      </w:r>
                      <w:r w:rsidR="000C58A7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ษ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า สกร.และหน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่ว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บงานภายนอก</w:t>
                      </w:r>
                    </w:p>
                  </w:txbxContent>
                </v:textbox>
              </v:shape>
            </w:pict>
          </mc:Fallback>
        </mc:AlternateContent>
      </w:r>
    </w:p>
    <w:p w14:paraId="7BCDBEFA" w14:textId="218145EA" w:rsidR="00353547" w:rsidRDefault="00353547" w:rsidP="00353547">
      <w:pPr>
        <w:jc w:val="center"/>
        <w:rPr>
          <w:b/>
          <w:szCs w:val="32"/>
          <w:lang w:bidi="th-TH"/>
        </w:rPr>
      </w:pPr>
      <w:r>
        <w:rPr>
          <w:rFonts w:hint="cs"/>
          <w:b/>
          <w:szCs w:val="32"/>
          <w:cs/>
          <w:lang w:bidi="th-TH"/>
        </w:rPr>
        <w:t xml:space="preserve">  </w:t>
      </w:r>
    </w:p>
    <w:p w14:paraId="1F2480D9" w14:textId="7763EC42" w:rsidR="00353547" w:rsidRDefault="00353547" w:rsidP="00353547">
      <w:pPr>
        <w:jc w:val="center"/>
        <w:rPr>
          <w:b/>
          <w:noProof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4058DBC" wp14:editId="51A0C18B">
                <wp:simplePos x="0" y="0"/>
                <wp:positionH relativeFrom="column">
                  <wp:posOffset>3126877</wp:posOffset>
                </wp:positionH>
                <wp:positionV relativeFrom="paragraph">
                  <wp:posOffset>308524</wp:posOffset>
                </wp:positionV>
                <wp:extent cx="85725" cy="161925"/>
                <wp:effectExtent l="57150" t="19050" r="66675" b="104775"/>
                <wp:wrapNone/>
                <wp:docPr id="433398807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B8107" w14:textId="77777777" w:rsidR="00353547" w:rsidRDefault="00353547" w:rsidP="00353547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58DBC" id="_x0000_s1141" type="#_x0000_t67" style="position:absolute;left:0;text-align:left;margin-left:246.2pt;margin-top:24.3pt;width:6.75pt;height:12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D0B8107" w14:textId="77777777" w:rsidR="00353547" w:rsidRDefault="00353547" w:rsidP="00353547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566FBA68" w14:textId="77777777" w:rsidR="00353547" w:rsidRDefault="00353547" w:rsidP="00353547">
      <w:pPr>
        <w:jc w:val="center"/>
        <w:rPr>
          <w:b/>
          <w:noProof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09A7E33" wp14:editId="2A163999">
                <wp:simplePos x="0" y="0"/>
                <wp:positionH relativeFrom="column">
                  <wp:posOffset>1930881</wp:posOffset>
                </wp:positionH>
                <wp:positionV relativeFrom="paragraph">
                  <wp:posOffset>438339</wp:posOffset>
                </wp:positionV>
                <wp:extent cx="2471866" cy="760730"/>
                <wp:effectExtent l="57150" t="38100" r="5080" b="96520"/>
                <wp:wrapNone/>
                <wp:docPr id="1748974586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1866" cy="760730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1ADF3" w14:textId="50895E2C" w:rsidR="00353547" w:rsidRDefault="00353547" w:rsidP="00353547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พิจารณาเรื่องที่ได้รับลงรับในระบบสารบรรณ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A7E33" id="_x0000_s1142" type="#_x0000_t117" style="position:absolute;left:0;text-align:left;margin-left:152.05pt;margin-top:34.5pt;width:194.65pt;height:59.9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7D61ADF3" w14:textId="50895E2C" w:rsidR="00353547" w:rsidRDefault="00353547" w:rsidP="00353547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พิจารณาเรื่องที่ได้รับลงรับในระบบสารบรรณ</w:t>
                      </w:r>
                    </w:p>
                  </w:txbxContent>
                </v:textbox>
              </v:shape>
            </w:pict>
          </mc:Fallback>
        </mc:AlternateContent>
      </w:r>
    </w:p>
    <w:p w14:paraId="174EFCC1" w14:textId="77777777" w:rsidR="00353547" w:rsidRDefault="00353547" w:rsidP="00353547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E361C2A" wp14:editId="7CE38398">
                <wp:simplePos x="0" y="0"/>
                <wp:positionH relativeFrom="column">
                  <wp:posOffset>4777723</wp:posOffset>
                </wp:positionH>
                <wp:positionV relativeFrom="paragraph">
                  <wp:posOffset>76766</wp:posOffset>
                </wp:positionV>
                <wp:extent cx="1906822" cy="362612"/>
                <wp:effectExtent l="57150" t="19050" r="74930" b="94615"/>
                <wp:wrapNone/>
                <wp:docPr id="466763744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5B3D43" w14:textId="01D957D1" w:rsidR="00353547" w:rsidRPr="00F025E6" w:rsidRDefault="00353547" w:rsidP="003535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="000C58A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361C2A" id="_x0000_s1143" style="position:absolute;left:0;text-align:left;margin-left:376.2pt;margin-top:6.05pt;width:150.15pt;height:28.5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75B3D43" w14:textId="01D957D1" w:rsidR="00353547" w:rsidRPr="00F025E6" w:rsidRDefault="00353547" w:rsidP="0035354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="000C58A7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1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นาที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noProof/>
          <w:szCs w:val="32"/>
          <w:cs/>
          <w:lang w:bidi="th-TH"/>
        </w:rPr>
        <w:t xml:space="preserve">      </w:t>
      </w:r>
    </w:p>
    <w:p w14:paraId="4C432AD7" w14:textId="77777777" w:rsidR="00353547" w:rsidRDefault="00353547" w:rsidP="00353547">
      <w:pPr>
        <w:jc w:val="center"/>
        <w:rPr>
          <w:b/>
          <w:szCs w:val="32"/>
          <w:lang w:bidi="th-TH"/>
        </w:rPr>
      </w:pPr>
      <w:r>
        <w:rPr>
          <w:rFonts w:hint="cs"/>
          <w:b/>
          <w:szCs w:val="32"/>
          <w:cs/>
          <w:lang w:bidi="th-TH"/>
        </w:rPr>
        <w:t xml:space="preserve">                  </w:t>
      </w:r>
    </w:p>
    <w:p w14:paraId="47CF52D2" w14:textId="0E3FA75C" w:rsidR="00353547" w:rsidRDefault="000C58A7" w:rsidP="00353547">
      <w:pPr>
        <w:jc w:val="center"/>
        <w:rPr>
          <w:lang w:bidi="th-TH"/>
        </w:rPr>
      </w:pPr>
      <w:r>
        <w:rPr>
          <w:rFonts w:hint="cs"/>
          <w:noProof/>
          <w:lang w:val="th-TH" w:bidi="th-TH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782BC56" wp14:editId="62281922">
                <wp:simplePos x="0" y="0"/>
                <wp:positionH relativeFrom="column">
                  <wp:posOffset>1864961</wp:posOffset>
                </wp:positionH>
                <wp:positionV relativeFrom="paragraph">
                  <wp:posOffset>286471</wp:posOffset>
                </wp:positionV>
                <wp:extent cx="2710763" cy="1057533"/>
                <wp:effectExtent l="57150" t="38100" r="33020" b="104775"/>
                <wp:wrapNone/>
                <wp:docPr id="802993338" name="แผนผังลําดับงาน: การตัดสิน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0763" cy="1057533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C6C98" w14:textId="34CFD329" w:rsidR="000C58A7" w:rsidRDefault="000C58A7" w:rsidP="000C58A7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พิจารณาเรื่อง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2BC56" id="_x0000_s1144" type="#_x0000_t110" style="position:absolute;left:0;text-align:left;margin-left:146.85pt;margin-top:22.55pt;width:213.45pt;height:83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68C6C98" w14:textId="34CFD329" w:rsidR="000C58A7" w:rsidRDefault="000C58A7" w:rsidP="000C58A7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พิจารณาเรื่อง</w:t>
                      </w:r>
                    </w:p>
                  </w:txbxContent>
                </v:textbox>
              </v:shape>
            </w:pict>
          </mc:Fallback>
        </mc:AlternateContent>
      </w:r>
      <w:r w:rsidR="00353547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EC8CB83" wp14:editId="09E578C5">
                <wp:simplePos x="0" y="0"/>
                <wp:positionH relativeFrom="column">
                  <wp:posOffset>3188918</wp:posOffset>
                </wp:positionH>
                <wp:positionV relativeFrom="paragraph">
                  <wp:posOffset>22465</wp:posOffset>
                </wp:positionV>
                <wp:extent cx="85725" cy="161925"/>
                <wp:effectExtent l="57150" t="19050" r="66675" b="104775"/>
                <wp:wrapNone/>
                <wp:docPr id="1069553976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3F0287" w14:textId="77777777" w:rsidR="00353547" w:rsidRDefault="00353547" w:rsidP="00353547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8CB83" id="_x0000_s1145" type="#_x0000_t67" style="position:absolute;left:0;text-align:left;margin-left:251.1pt;margin-top:1.75pt;width:6.75pt;height:12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C3F0287" w14:textId="77777777" w:rsidR="00353547" w:rsidRDefault="00353547" w:rsidP="00353547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353547">
        <w:rPr>
          <w:rFonts w:hint="cs"/>
          <w:cs/>
          <w:lang w:bidi="th-TH"/>
        </w:rPr>
        <w:t xml:space="preserve">  </w:t>
      </w:r>
    </w:p>
    <w:p w14:paraId="77A91E86" w14:textId="6A3855C7" w:rsidR="00353547" w:rsidRDefault="00353547" w:rsidP="00353547">
      <w:pPr>
        <w:jc w:val="center"/>
        <w:rPr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A83B3BE" wp14:editId="79932602">
                <wp:simplePos x="0" y="0"/>
                <wp:positionH relativeFrom="column">
                  <wp:posOffset>4822173</wp:posOffset>
                </wp:positionH>
                <wp:positionV relativeFrom="paragraph">
                  <wp:posOffset>127824</wp:posOffset>
                </wp:positionV>
                <wp:extent cx="1906822" cy="483458"/>
                <wp:effectExtent l="57150" t="19050" r="74930" b="88265"/>
                <wp:wrapNone/>
                <wp:docPr id="1121844040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48345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CCF3C" w14:textId="77777777" w:rsidR="00353547" w:rsidRPr="002F7699" w:rsidRDefault="00353547" w:rsidP="003535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5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83B3BE" id="_x0000_s1146" style="position:absolute;left:0;text-align:left;margin-left:379.7pt;margin-top:10.05pt;width:150.15pt;height:38.0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8BCCF3C" w14:textId="77777777" w:rsidR="00353547" w:rsidRPr="002F7699" w:rsidRDefault="00353547" w:rsidP="0035354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5 นาที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cs/>
          <w:lang w:bidi="th-TH"/>
        </w:rPr>
        <w:t xml:space="preserve">  </w:t>
      </w:r>
    </w:p>
    <w:p w14:paraId="2E04EB86" w14:textId="06F98A5D" w:rsidR="00353547" w:rsidRDefault="00353547" w:rsidP="00353547">
      <w:pPr>
        <w:jc w:val="center"/>
        <w:rPr>
          <w:b/>
          <w:szCs w:val="32"/>
          <w:lang w:bidi="th-TH"/>
        </w:rPr>
      </w:pPr>
    </w:p>
    <w:p w14:paraId="0DCC3C70" w14:textId="2E3DD1B3" w:rsidR="00353547" w:rsidRDefault="000C58A7" w:rsidP="00353547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D261E74" wp14:editId="0291FDE7">
                <wp:simplePos x="0" y="0"/>
                <wp:positionH relativeFrom="column">
                  <wp:posOffset>3126775</wp:posOffset>
                </wp:positionH>
                <wp:positionV relativeFrom="paragraph">
                  <wp:posOffset>253262</wp:posOffset>
                </wp:positionV>
                <wp:extent cx="85725" cy="161925"/>
                <wp:effectExtent l="57150" t="19050" r="66675" b="104775"/>
                <wp:wrapNone/>
                <wp:docPr id="435994796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55E2D7" w14:textId="77777777" w:rsidR="00353547" w:rsidRDefault="00353547" w:rsidP="00353547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61E74" id="_x0000_s1147" type="#_x0000_t67" style="position:absolute;left:0;text-align:left;margin-left:246.2pt;margin-top:19.95pt;width:6.75pt;height:12.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C55E2D7" w14:textId="77777777" w:rsidR="00353547" w:rsidRDefault="00353547" w:rsidP="00353547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6F375679" w14:textId="7AF47C05" w:rsidR="00353547" w:rsidRDefault="000C58A7" w:rsidP="00353547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046B76B" wp14:editId="5E4AFFE1">
                <wp:simplePos x="0" y="0"/>
                <wp:positionH relativeFrom="column">
                  <wp:posOffset>1968654</wp:posOffset>
                </wp:positionH>
                <wp:positionV relativeFrom="paragraph">
                  <wp:posOffset>53340</wp:posOffset>
                </wp:positionV>
                <wp:extent cx="2471866" cy="760730"/>
                <wp:effectExtent l="57150" t="38100" r="5080" b="96520"/>
                <wp:wrapNone/>
                <wp:docPr id="702043692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1866" cy="760730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D8F05" w14:textId="07F213E9" w:rsidR="000C58A7" w:rsidRDefault="000C58A7" w:rsidP="000C58A7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แจกจ่ายให้กลุ่มงานภายในสำนักงาน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6B76B" id="_x0000_s1148" type="#_x0000_t117" style="position:absolute;left:0;text-align:left;margin-left:155pt;margin-top:4.2pt;width:194.65pt;height:59.9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3ACD8F05" w14:textId="07F213E9" w:rsidR="000C58A7" w:rsidRDefault="000C58A7" w:rsidP="000C58A7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แจกจ่ายให้กลุ่มงานภายในสำนักงาน</w:t>
                      </w:r>
                    </w:p>
                  </w:txbxContent>
                </v:textbox>
              </v:shape>
            </w:pict>
          </mc:Fallback>
        </mc:AlternateContent>
      </w:r>
      <w:r w:rsidR="00353547"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42637C1" wp14:editId="6935A2AE">
                <wp:simplePos x="0" y="0"/>
                <wp:positionH relativeFrom="column">
                  <wp:posOffset>4822242</wp:posOffset>
                </wp:positionH>
                <wp:positionV relativeFrom="paragraph">
                  <wp:posOffset>370943</wp:posOffset>
                </wp:positionV>
                <wp:extent cx="1906822" cy="417555"/>
                <wp:effectExtent l="57150" t="19050" r="74930" b="97155"/>
                <wp:wrapNone/>
                <wp:docPr id="1297670325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4175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A137A0" w14:textId="2F378922" w:rsidR="00353547" w:rsidRPr="009E1D6D" w:rsidRDefault="00353547" w:rsidP="003535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9E1D6D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="000C58A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5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637C1" id="_x0000_s1149" style="position:absolute;left:0;text-align:left;margin-left:379.7pt;margin-top:29.2pt;width:150.15pt;height:32.9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0A137A0" w14:textId="2F378922" w:rsidR="00353547" w:rsidRPr="009E1D6D" w:rsidRDefault="00353547" w:rsidP="0035354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9E1D6D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="000C58A7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5 นาที</w:t>
                      </w:r>
                    </w:p>
                  </w:txbxContent>
                </v:textbox>
              </v:rect>
            </w:pict>
          </mc:Fallback>
        </mc:AlternateContent>
      </w:r>
    </w:p>
    <w:p w14:paraId="38FD4C3B" w14:textId="77777777" w:rsidR="00353547" w:rsidRDefault="00353547" w:rsidP="00353547">
      <w:pPr>
        <w:jc w:val="center"/>
        <w:rPr>
          <w:b/>
          <w:szCs w:val="32"/>
          <w:lang w:bidi="th-TH"/>
        </w:rPr>
      </w:pPr>
    </w:p>
    <w:p w14:paraId="6862390A" w14:textId="77777777" w:rsidR="00353547" w:rsidRDefault="00353547" w:rsidP="00353547">
      <w:pPr>
        <w:jc w:val="center"/>
        <w:rPr>
          <w:b/>
          <w:szCs w:val="32"/>
          <w:lang w:bidi="th-TH"/>
        </w:rPr>
      </w:pPr>
    </w:p>
    <w:p w14:paraId="1B332B06" w14:textId="77777777" w:rsidR="00353547" w:rsidRDefault="00353547" w:rsidP="00353547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9AED68F" wp14:editId="536A14A0">
                <wp:simplePos x="0" y="0"/>
                <wp:positionH relativeFrom="column">
                  <wp:posOffset>4880404</wp:posOffset>
                </wp:positionH>
                <wp:positionV relativeFrom="paragraph">
                  <wp:posOffset>23528</wp:posOffset>
                </wp:positionV>
                <wp:extent cx="1842719" cy="1142485"/>
                <wp:effectExtent l="57150" t="19050" r="81915" b="95885"/>
                <wp:wrapNone/>
                <wp:docPr id="829567852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719" cy="11424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F1DAFE" w14:textId="77777777" w:rsidR="00353547" w:rsidRPr="00F025E6" w:rsidRDefault="00353547" w:rsidP="0035354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ผู้รับผิดชอบการให้บริการ</w:t>
                            </w:r>
                          </w:p>
                          <w:p w14:paraId="146B3B83" w14:textId="77777777" w:rsidR="00353547" w:rsidRDefault="00353547" w:rsidP="00353547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งานประชาสัมพันธ์                    075 270570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AED68F" id="_x0000_s1150" style="position:absolute;left:0;text-align:left;margin-left:384.3pt;margin-top:1.85pt;width:145.1pt;height:89.9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7F1DAFE" w14:textId="77777777" w:rsidR="00353547" w:rsidRPr="00F025E6" w:rsidRDefault="00353547" w:rsidP="0035354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ผู้รับผิดชอบการให้บริการ</w:t>
                      </w:r>
                    </w:p>
                    <w:p w14:paraId="146B3B83" w14:textId="77777777" w:rsidR="00353547" w:rsidRDefault="00353547" w:rsidP="00353547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งานประชาสัมพันธ์                    075 270570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7A60E73" wp14:editId="288520D4">
                <wp:simplePos x="0" y="0"/>
                <wp:positionH relativeFrom="margin">
                  <wp:posOffset>214973</wp:posOffset>
                </wp:positionH>
                <wp:positionV relativeFrom="paragraph">
                  <wp:posOffset>156656</wp:posOffset>
                </wp:positionV>
                <wp:extent cx="1811407" cy="418272"/>
                <wp:effectExtent l="57150" t="19050" r="74930" b="96520"/>
                <wp:wrapNone/>
                <wp:docPr id="1712877835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407" cy="41827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71892" w14:textId="77777777" w:rsidR="00353547" w:rsidRPr="00353547" w:rsidRDefault="00353547" w:rsidP="0035354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จุดบริการ </w:t>
                            </w: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ขั้นตอนปฏิบัติ</w:t>
                            </w:r>
                          </w:p>
                          <w:p w14:paraId="3496890F" w14:textId="77777777" w:rsidR="00353547" w:rsidRDefault="00353547" w:rsidP="003535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60E73" id="_x0000_s1151" style="position:absolute;left:0;text-align:left;margin-left:16.95pt;margin-top:12.35pt;width:142.65pt;height:32.95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9971892" w14:textId="77777777" w:rsidR="00353547" w:rsidRPr="00353547" w:rsidRDefault="00353547" w:rsidP="0035354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 xml:space="preserve">จุดบริการ </w:t>
                      </w: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ขั้นตอนปฏิบัติ</w:t>
                      </w:r>
                    </w:p>
                    <w:p w14:paraId="3496890F" w14:textId="77777777" w:rsidR="00353547" w:rsidRDefault="00353547" w:rsidP="0035354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                      </w:t>
      </w:r>
    </w:p>
    <w:p w14:paraId="1506385C" w14:textId="77777777" w:rsidR="00353547" w:rsidRDefault="00353547" w:rsidP="00353547">
      <w:pPr>
        <w:jc w:val="center"/>
        <w:rPr>
          <w:b/>
          <w:szCs w:val="32"/>
          <w:lang w:bidi="th-TH"/>
        </w:rPr>
      </w:pPr>
    </w:p>
    <w:p w14:paraId="2AACD739" w14:textId="77777777" w:rsidR="00353547" w:rsidRPr="00240BF3" w:rsidRDefault="00353547" w:rsidP="00353547">
      <w:pPr>
        <w:spacing w:after="0"/>
        <w:rPr>
          <w:rFonts w:ascii="TH SarabunPSK" w:hAnsi="TH SarabunPSK" w:cs="TH SarabunPSK"/>
          <w:szCs w:val="32"/>
          <w:lang w:bidi="th-TH"/>
        </w:rPr>
      </w:pPr>
      <w:proofErr w:type="spellStart"/>
      <w:proofErr w:type="gramStart"/>
      <w:r w:rsidRPr="00240BF3">
        <w:rPr>
          <w:rFonts w:ascii="TH SarabunPSK" w:hAnsi="TH SarabunPSK" w:cs="TH SarabunPSK"/>
          <w:szCs w:val="32"/>
        </w:rPr>
        <w:t>หมายเหตุ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:</w:t>
      </w:r>
      <w:proofErr w:type="gramEnd"/>
      <w:r w:rsidRPr="00240BF3">
        <w:rPr>
          <w:rFonts w:ascii="TH SarabunPSK" w:hAnsi="TH SarabunPSK" w:cs="TH SarabunPSK"/>
          <w:szCs w:val="32"/>
        </w:rPr>
        <w:t xml:space="preserve"> </w:t>
      </w:r>
      <w:proofErr w:type="spellStart"/>
      <w:r w:rsidRPr="00240BF3">
        <w:rPr>
          <w:rFonts w:ascii="TH SarabunPSK" w:hAnsi="TH SarabunPSK" w:cs="TH SarabunPSK"/>
          <w:szCs w:val="32"/>
        </w:rPr>
        <w:t>ไม่มีค่าธรรมเนียม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/ </w:t>
      </w:r>
      <w:r w:rsidRPr="00240BF3">
        <w:rPr>
          <w:rFonts w:ascii="TH SarabunPSK" w:hAnsi="TH SarabunPSK" w:cs="TH SarabunPSK"/>
          <w:szCs w:val="32"/>
          <w:cs/>
          <w:lang w:bidi="th-TH"/>
        </w:rPr>
        <w:t>ไม่ม</w:t>
      </w:r>
      <w:r>
        <w:rPr>
          <w:rFonts w:ascii="TH SarabunPSK" w:hAnsi="TH SarabunPSK" w:cs="TH SarabunPSK" w:hint="cs"/>
          <w:szCs w:val="32"/>
          <w:cs/>
          <w:lang w:bidi="th-TH"/>
        </w:rPr>
        <w:t>ี</w:t>
      </w:r>
      <w:r w:rsidRPr="00240BF3">
        <w:rPr>
          <w:rFonts w:ascii="TH SarabunPSK" w:hAnsi="TH SarabunPSK" w:cs="TH SarabunPSK"/>
          <w:szCs w:val="32"/>
          <w:cs/>
          <w:lang w:bidi="th-TH"/>
        </w:rPr>
        <w:t>รายการ</w:t>
      </w:r>
      <w:proofErr w:type="spellStart"/>
      <w:r w:rsidRPr="00240BF3">
        <w:rPr>
          <w:rFonts w:ascii="TH SarabunPSK" w:hAnsi="TH SarabunPSK" w:cs="TH SarabunPSK"/>
          <w:szCs w:val="32"/>
        </w:rPr>
        <w:t>เอกสาร</w:t>
      </w:r>
      <w:proofErr w:type="spellEnd"/>
    </w:p>
    <w:p w14:paraId="43C96938" w14:textId="77777777" w:rsidR="00353547" w:rsidRPr="00240BF3" w:rsidRDefault="00353547" w:rsidP="00353547">
      <w:pPr>
        <w:spacing w:after="0"/>
        <w:rPr>
          <w:rFonts w:ascii="TH SarabunPSK" w:hAnsi="TH SarabunPSK" w:cs="TH SarabunPSK"/>
          <w:szCs w:val="32"/>
        </w:rPr>
      </w:pPr>
      <w:proofErr w:type="spellStart"/>
      <w:r w:rsidRPr="00240BF3">
        <w:rPr>
          <w:rFonts w:ascii="TH SarabunPSK" w:hAnsi="TH SarabunPSK" w:cs="TH SarabunPSK"/>
          <w:szCs w:val="32"/>
        </w:rPr>
        <w:t>หลักฐานประกอบการยื่นคำขอให้เป็นไปตามประเภทของงานบริการ</w:t>
      </w:r>
      <w:proofErr w:type="spellEnd"/>
    </w:p>
    <w:p w14:paraId="24FA652D" w14:textId="77777777" w:rsidR="00D2193E" w:rsidRPr="00353547" w:rsidRDefault="00D2193E">
      <w:pPr>
        <w:jc w:val="center"/>
        <w:rPr>
          <w:b/>
          <w:szCs w:val="32"/>
          <w:lang w:bidi="th-TH"/>
        </w:rPr>
      </w:pPr>
    </w:p>
    <w:p w14:paraId="1375D221" w14:textId="77777777" w:rsidR="00355C00" w:rsidRDefault="00355C00">
      <w:pPr>
        <w:jc w:val="center"/>
        <w:rPr>
          <w:b/>
          <w:szCs w:val="32"/>
          <w:lang w:bidi="th-TH"/>
        </w:rPr>
      </w:pPr>
    </w:p>
    <w:p w14:paraId="63263D9A" w14:textId="1F49A2B0" w:rsidR="00726CF8" w:rsidRDefault="00726CF8" w:rsidP="00726CF8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6F2EC10" wp14:editId="663C708D">
                <wp:simplePos x="0" y="0"/>
                <wp:positionH relativeFrom="margin">
                  <wp:posOffset>1210963</wp:posOffset>
                </wp:positionH>
                <wp:positionV relativeFrom="paragraph">
                  <wp:posOffset>10812</wp:posOffset>
                </wp:positionV>
                <wp:extent cx="3918502" cy="450077"/>
                <wp:effectExtent l="76200" t="57150" r="82550" b="102870"/>
                <wp:wrapNone/>
                <wp:docPr id="430636734" name="แผนผังลําดับงาน: กระบวนการสำรอ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502" cy="450077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B49A7" w14:textId="4BB93B4A" w:rsidR="00726CF8" w:rsidRPr="00355C00" w:rsidRDefault="00726CF8" w:rsidP="00726CF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</w:rPr>
                            </w:pPr>
                            <w:proofErr w:type="spellStart"/>
                            <w:r w:rsidRPr="00355C00">
                              <w:rPr>
                                <w:rFonts w:ascii="TH SarabunPSK" w:hAnsi="TH SarabunPSK" w:cs="TH SarabunPSK"/>
                                <w:bCs/>
                                <w:szCs w:val="32"/>
                              </w:rPr>
                              <w:t>ขั้นตอน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Cs/>
                                <w:szCs w:val="32"/>
                                <w:cs/>
                                <w:lang w:bidi="th-TH"/>
                              </w:rPr>
                              <w:t>การจัดประชุมในสถานศึกษา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2EC10" id="_x0000_s1152" type="#_x0000_t176" style="position:absolute;left:0;text-align:left;margin-left:95.35pt;margin-top:.85pt;width:308.55pt;height:35.4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" fillcolor="#4f81bd [3204]" strokecolor="white [3201]" strokeweight="3pt">
                <v:shadow on="t" color="black" opacity="24903f" origin=",.5" offset="0,.55556mm"/>
                <v:textbox>
                  <w:txbxContent>
                    <w:p w14:paraId="3D5B49A7" w14:textId="4BB93B4A" w:rsidR="00726CF8" w:rsidRPr="00355C00" w:rsidRDefault="00726CF8" w:rsidP="00726CF8">
                      <w:pPr>
                        <w:jc w:val="center"/>
                        <w:rPr>
                          <w:rFonts w:ascii="TH SarabunPSK" w:hAnsi="TH SarabunPSK" w:cs="TH SarabunPSK"/>
                          <w:bCs/>
                        </w:rPr>
                      </w:pPr>
                      <w:proofErr w:type="spellStart"/>
                      <w:r w:rsidRPr="00355C00">
                        <w:rPr>
                          <w:rFonts w:ascii="TH SarabunPSK" w:hAnsi="TH SarabunPSK" w:cs="TH SarabunPSK"/>
                          <w:bCs/>
                          <w:szCs w:val="32"/>
                        </w:rPr>
                        <w:t>ขั้นตอน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Cs/>
                          <w:szCs w:val="32"/>
                          <w:cs/>
                          <w:lang w:bidi="th-TH"/>
                        </w:rPr>
                        <w:t>การจัดประชุมในสถานศึกษา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162818" w14:textId="77777777" w:rsidR="00726CF8" w:rsidRPr="00355C00" w:rsidRDefault="00726CF8" w:rsidP="00726CF8">
      <w:pPr>
        <w:jc w:val="center"/>
        <w:rPr>
          <w:b/>
          <w:szCs w:val="32"/>
          <w:lang w:bidi="th-TH"/>
        </w:rPr>
      </w:pPr>
      <w:r w:rsidRPr="00355C00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8E97A5E" wp14:editId="1008413E">
                <wp:simplePos x="0" y="0"/>
                <wp:positionH relativeFrom="column">
                  <wp:posOffset>3151974</wp:posOffset>
                </wp:positionH>
                <wp:positionV relativeFrom="paragraph">
                  <wp:posOffset>194614</wp:posOffset>
                </wp:positionV>
                <wp:extent cx="85725" cy="161925"/>
                <wp:effectExtent l="57150" t="19050" r="66675" b="104775"/>
                <wp:wrapNone/>
                <wp:docPr id="759024629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E3A9F" id="ลูกศร: ลง 5" o:spid="_x0000_s1026" type="#_x0000_t67" style="position:absolute;margin-left:248.2pt;margin-top:15.3pt;width:6.75pt;height:12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660CF0D1" w14:textId="0E5FF208" w:rsidR="00726CF8" w:rsidRDefault="00726CF8" w:rsidP="00726CF8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7BB99E1" wp14:editId="5CE90B83">
                <wp:simplePos x="0" y="0"/>
                <wp:positionH relativeFrom="column">
                  <wp:posOffset>2219582</wp:posOffset>
                </wp:positionH>
                <wp:positionV relativeFrom="paragraph">
                  <wp:posOffset>30892</wp:posOffset>
                </wp:positionV>
                <wp:extent cx="1699895" cy="637403"/>
                <wp:effectExtent l="57150" t="38100" r="71755" b="86995"/>
                <wp:wrapNone/>
                <wp:docPr id="1741951998" name="แผนผังลําดับงาน: กระบวนการสำรอ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895" cy="637403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C9C91D" w14:textId="0E6D7322" w:rsidR="00726CF8" w:rsidRPr="00355C00" w:rsidRDefault="00726CF8" w:rsidP="00726CF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ได้รับแจ้งกำหนดประชุม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B99E1" id="_x0000_s1153" type="#_x0000_t176" style="position:absolute;left:0;text-align:left;margin-left:174.75pt;margin-top:2.45pt;width:133.85pt;height:50.2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1BC9C91D" w14:textId="0E6D7322" w:rsidR="00726CF8" w:rsidRPr="00355C00" w:rsidRDefault="00726CF8" w:rsidP="00726CF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ได้รับแจ้งกำหนดประชุม</w:t>
                      </w:r>
                    </w:p>
                  </w:txbxContent>
                </v:textbox>
              </v:shape>
            </w:pict>
          </mc:Fallback>
        </mc:AlternateContent>
      </w:r>
    </w:p>
    <w:p w14:paraId="197F6270" w14:textId="7FF5DB55" w:rsidR="00726CF8" w:rsidRDefault="00726CF8" w:rsidP="00726CF8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86E3B2B" wp14:editId="25F5EA61">
                <wp:simplePos x="0" y="0"/>
                <wp:positionH relativeFrom="column">
                  <wp:posOffset>3193111</wp:posOffset>
                </wp:positionH>
                <wp:positionV relativeFrom="paragraph">
                  <wp:posOffset>401072</wp:posOffset>
                </wp:positionV>
                <wp:extent cx="85725" cy="161925"/>
                <wp:effectExtent l="57150" t="19050" r="66675" b="104775"/>
                <wp:wrapNone/>
                <wp:docPr id="1100892228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1E6F5" w14:textId="77777777" w:rsidR="00726CF8" w:rsidRDefault="00726CF8" w:rsidP="00726CF8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E3B2B" id="_x0000_s1154" type="#_x0000_t67" style="position:absolute;left:0;text-align:left;margin-left:251.45pt;margin-top:31.6pt;width:6.75pt;height:12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D91E6F5" w14:textId="77777777" w:rsidR="00726CF8" w:rsidRDefault="00726CF8" w:rsidP="00726CF8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</w:t>
      </w:r>
    </w:p>
    <w:p w14:paraId="46F0145D" w14:textId="12C82B41" w:rsidR="00726CF8" w:rsidRDefault="00726CF8" w:rsidP="00726CF8">
      <w:pPr>
        <w:jc w:val="center"/>
        <w:rPr>
          <w:b/>
          <w:noProof/>
          <w:szCs w:val="32"/>
          <w:lang w:bidi="th-TH"/>
        </w:rPr>
      </w:pPr>
      <w:r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BDDE8EE" wp14:editId="61D50050">
                <wp:simplePos x="0" y="0"/>
                <wp:positionH relativeFrom="column">
                  <wp:posOffset>1411828</wp:posOffset>
                </wp:positionH>
                <wp:positionV relativeFrom="paragraph">
                  <wp:posOffset>151765</wp:posOffset>
                </wp:positionV>
                <wp:extent cx="3139131" cy="1049295"/>
                <wp:effectExtent l="57150" t="38100" r="61595" b="93980"/>
                <wp:wrapNone/>
                <wp:docPr id="438342003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9131" cy="1049295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6090A" w14:textId="34271E2C" w:rsidR="00726CF8" w:rsidRDefault="00726CF8" w:rsidP="00726CF8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แจ้งผู้ที่เกี่ยวข้องจัดส่งวาระ จัดทำระ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บียบ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วาระการประชุม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DE8EE" id="_x0000_s1155" type="#_x0000_t117" style="position:absolute;left:0;text-align:left;margin-left:111.15pt;margin-top:11.95pt;width:247.2pt;height:82.6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156090A" w14:textId="34271E2C" w:rsidR="00726CF8" w:rsidRDefault="00726CF8" w:rsidP="00726CF8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แจ้งผู้ที่เกี่ยวข้องจัดส่งวาระ จัดทำระ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บียบ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วาระการประชุม</w:t>
                      </w:r>
                    </w:p>
                  </w:txbxContent>
                </v:textbox>
              </v:shape>
            </w:pict>
          </mc:Fallback>
        </mc:AlternateContent>
      </w:r>
    </w:p>
    <w:p w14:paraId="034A1E0A" w14:textId="11D4D687" w:rsidR="00726CF8" w:rsidRDefault="00756914" w:rsidP="00726CF8">
      <w:pPr>
        <w:jc w:val="center"/>
        <w:rPr>
          <w:b/>
          <w:noProof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8700B84" wp14:editId="2D36C6AC">
                <wp:simplePos x="0" y="0"/>
                <wp:positionH relativeFrom="margin">
                  <wp:align>right</wp:align>
                </wp:positionH>
                <wp:positionV relativeFrom="paragraph">
                  <wp:posOffset>24251</wp:posOffset>
                </wp:positionV>
                <wp:extent cx="1906270" cy="359890"/>
                <wp:effectExtent l="57150" t="19050" r="74930" b="97790"/>
                <wp:wrapNone/>
                <wp:docPr id="547011493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270" cy="35989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529D0" w14:textId="40CAA388" w:rsidR="00726CF8" w:rsidRPr="00F025E6" w:rsidRDefault="00726CF8" w:rsidP="00726CF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="0075691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1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00B84" id="_x0000_s1156" style="position:absolute;left:0;text-align:left;margin-left:98.9pt;margin-top:1.9pt;width:150.1pt;height:28.35pt;z-index:251847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73529D0" w14:textId="40CAA388" w:rsidR="00726CF8" w:rsidRPr="00F025E6" w:rsidRDefault="00726CF8" w:rsidP="00726CF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="00756914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1 วัน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6F0879" w14:textId="1309D7B1" w:rsidR="00726CF8" w:rsidRDefault="00726CF8" w:rsidP="00726CF8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cs/>
          <w:lang w:bidi="th-TH"/>
        </w:rPr>
        <w:t xml:space="preserve">      </w:t>
      </w:r>
    </w:p>
    <w:p w14:paraId="37A4F58F" w14:textId="7BA45D9D" w:rsidR="00726CF8" w:rsidRDefault="00756914" w:rsidP="00726CF8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B5DC875" wp14:editId="634F83E9">
                <wp:simplePos x="0" y="0"/>
                <wp:positionH relativeFrom="column">
                  <wp:posOffset>4810056</wp:posOffset>
                </wp:positionH>
                <wp:positionV relativeFrom="paragraph">
                  <wp:posOffset>428882</wp:posOffset>
                </wp:positionV>
                <wp:extent cx="1906822" cy="362612"/>
                <wp:effectExtent l="57150" t="19050" r="74930" b="94615"/>
                <wp:wrapNone/>
                <wp:docPr id="1790478205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5DE48" w14:textId="0503C53A" w:rsidR="00726CF8" w:rsidRPr="00F025E6" w:rsidRDefault="00726CF8" w:rsidP="00726CF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ภายใน</w:t>
                            </w:r>
                            <w:r w:rsidR="0075691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1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DC875" id="_x0000_s1157" style="position:absolute;left:0;text-align:left;margin-left:378.75pt;margin-top:33.75pt;width:150.15pt;height:28.5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855DE48" w14:textId="0503C53A" w:rsidR="00726CF8" w:rsidRPr="00F025E6" w:rsidRDefault="00726CF8" w:rsidP="00726CF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ภายใน</w:t>
                      </w:r>
                      <w:r w:rsidR="00756914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1 วัน</w:t>
                      </w:r>
                    </w:p>
                  </w:txbxContent>
                </v:textbox>
              </v:rect>
            </w:pict>
          </mc:Fallback>
        </mc:AlternateContent>
      </w:r>
      <w:r w:rsidR="00726CF8"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8B4A6BE" wp14:editId="66B77C01">
                <wp:simplePos x="0" y="0"/>
                <wp:positionH relativeFrom="margin">
                  <wp:posOffset>1741651</wp:posOffset>
                </wp:positionH>
                <wp:positionV relativeFrom="paragraph">
                  <wp:posOffset>319748</wp:posOffset>
                </wp:positionV>
                <wp:extent cx="2529531" cy="530311"/>
                <wp:effectExtent l="57150" t="38100" r="80645" b="98425"/>
                <wp:wrapNone/>
                <wp:docPr id="263672161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531" cy="530311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D547A" w14:textId="0927BFDA" w:rsidR="00726CF8" w:rsidRDefault="00726CF8" w:rsidP="00726CF8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แจ้งเชิญประชุม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4A6BE" id="_x0000_s1158" type="#_x0000_t117" style="position:absolute;left:0;text-align:left;margin-left:137.15pt;margin-top:25.2pt;width:199.2pt;height:41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7C3D547A" w14:textId="0927BFDA" w:rsidR="00726CF8" w:rsidRDefault="00726CF8" w:rsidP="00726CF8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แจ้งเชิญประชุม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6CF8"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D02AA88" wp14:editId="69BB2D2E">
                <wp:simplePos x="0" y="0"/>
                <wp:positionH relativeFrom="column">
                  <wp:posOffset>3081243</wp:posOffset>
                </wp:positionH>
                <wp:positionV relativeFrom="paragraph">
                  <wp:posOffset>23135</wp:posOffset>
                </wp:positionV>
                <wp:extent cx="85725" cy="161925"/>
                <wp:effectExtent l="57150" t="19050" r="66675" b="104775"/>
                <wp:wrapNone/>
                <wp:docPr id="437170360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CC28D7" w14:textId="77777777" w:rsidR="00726CF8" w:rsidRDefault="00726CF8" w:rsidP="00726CF8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2AA88" id="_x0000_s1159" type="#_x0000_t67" style="position:absolute;left:0;text-align:left;margin-left:242.6pt;margin-top:1.8pt;width:6.75pt;height:12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8CC28D7" w14:textId="77777777" w:rsidR="00726CF8" w:rsidRDefault="00726CF8" w:rsidP="00726CF8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26CF8">
        <w:rPr>
          <w:rFonts w:hint="cs"/>
          <w:b/>
          <w:szCs w:val="32"/>
          <w:cs/>
          <w:lang w:bidi="th-TH"/>
        </w:rPr>
        <w:t xml:space="preserve">                  </w:t>
      </w:r>
    </w:p>
    <w:p w14:paraId="4E6D3322" w14:textId="4F9C597F" w:rsidR="00726CF8" w:rsidRDefault="00726CF8" w:rsidP="00726CF8">
      <w:pPr>
        <w:jc w:val="center"/>
        <w:rPr>
          <w:lang w:bidi="th-TH"/>
        </w:rPr>
      </w:pPr>
      <w:r>
        <w:rPr>
          <w:rFonts w:hint="cs"/>
          <w:cs/>
          <w:lang w:bidi="th-TH"/>
        </w:rPr>
        <w:t xml:space="preserve">  </w:t>
      </w:r>
    </w:p>
    <w:p w14:paraId="4E4F846E" w14:textId="42D87BB1" w:rsidR="00726CF8" w:rsidRDefault="00726CF8" w:rsidP="00726CF8">
      <w:pPr>
        <w:jc w:val="center"/>
        <w:rPr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3AACFFE" wp14:editId="3422CA83">
                <wp:simplePos x="0" y="0"/>
                <wp:positionH relativeFrom="column">
                  <wp:posOffset>3044396</wp:posOffset>
                </wp:positionH>
                <wp:positionV relativeFrom="paragraph">
                  <wp:posOffset>157497</wp:posOffset>
                </wp:positionV>
                <wp:extent cx="85725" cy="161925"/>
                <wp:effectExtent l="57150" t="19050" r="66675" b="104775"/>
                <wp:wrapNone/>
                <wp:docPr id="1093045166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619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977541" w14:textId="77777777" w:rsidR="00726CF8" w:rsidRDefault="00726CF8" w:rsidP="00726CF8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ACFFE" id="_x0000_s1160" type="#_x0000_t67" style="position:absolute;left:0;text-align:left;margin-left:239.7pt;margin-top:12.4pt;width:6.75pt;height:12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" adj="158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F977541" w14:textId="77777777" w:rsidR="00726CF8" w:rsidRDefault="00726CF8" w:rsidP="00726CF8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  <w:lang w:bidi="th-TH"/>
        </w:rPr>
        <w:t xml:space="preserve">  </w:t>
      </w:r>
    </w:p>
    <w:p w14:paraId="5B984B13" w14:textId="060E00AF" w:rsidR="00726CF8" w:rsidRDefault="00756914" w:rsidP="00726CF8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3DE4C9B" wp14:editId="47486B3B">
                <wp:simplePos x="0" y="0"/>
                <wp:positionH relativeFrom="column">
                  <wp:posOffset>4864512</wp:posOffset>
                </wp:positionH>
                <wp:positionV relativeFrom="paragraph">
                  <wp:posOffset>159041</wp:posOffset>
                </wp:positionV>
                <wp:extent cx="1906822" cy="483458"/>
                <wp:effectExtent l="57150" t="19050" r="74930" b="88265"/>
                <wp:wrapNone/>
                <wp:docPr id="999282864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48345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36410" w14:textId="57409B90" w:rsidR="00726CF8" w:rsidRPr="002F7699" w:rsidRDefault="00726CF8" w:rsidP="00726CF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2F769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ภายใน </w:t>
                            </w:r>
                            <w:r w:rsidR="0075691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1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E4C9B" id="_x0000_s1161" style="position:absolute;left:0;text-align:left;margin-left:383.05pt;margin-top:12.5pt;width:150.15pt;height:38.0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2B36410" w14:textId="57409B90" w:rsidR="00726CF8" w:rsidRPr="002F7699" w:rsidRDefault="00726CF8" w:rsidP="00726CF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2F769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ภายใน </w:t>
                      </w:r>
                      <w:r w:rsidR="00756914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1 วัน</w:t>
                      </w:r>
                    </w:p>
                  </w:txbxContent>
                </v:textbox>
              </v:rect>
            </w:pict>
          </mc:Fallback>
        </mc:AlternateContent>
      </w:r>
      <w:r w:rsidR="00726CF8"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83B21BC" wp14:editId="5679D058">
                <wp:simplePos x="0" y="0"/>
                <wp:positionH relativeFrom="margin">
                  <wp:posOffset>1848451</wp:posOffset>
                </wp:positionH>
                <wp:positionV relativeFrom="paragraph">
                  <wp:posOffset>44433</wp:posOffset>
                </wp:positionV>
                <wp:extent cx="2529531" cy="695067"/>
                <wp:effectExtent l="57150" t="38100" r="42545" b="86360"/>
                <wp:wrapNone/>
                <wp:docPr id="2042134155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531" cy="695067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B523C8" w14:textId="3ED73631" w:rsidR="00726CF8" w:rsidRDefault="00726CF8" w:rsidP="00726CF8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เตรียมการประชุมดำเนินการประชุม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B21BC" id="_x0000_s1162" type="#_x0000_t117" style="position:absolute;left:0;text-align:left;margin-left:145.55pt;margin-top:3.5pt;width:199.2pt;height:54.7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CB523C8" w14:textId="3ED73631" w:rsidR="00726CF8" w:rsidRDefault="00726CF8" w:rsidP="00726CF8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เตรียมการประชุมดำเนินการประชุม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84ECF1" w14:textId="73CEAC72" w:rsidR="00726CF8" w:rsidRDefault="00726CF8" w:rsidP="00726CF8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E5098AD" wp14:editId="1D516218">
                <wp:simplePos x="0" y="0"/>
                <wp:positionH relativeFrom="column">
                  <wp:posOffset>3009900</wp:posOffset>
                </wp:positionH>
                <wp:positionV relativeFrom="paragraph">
                  <wp:posOffset>344445</wp:posOffset>
                </wp:positionV>
                <wp:extent cx="107607" cy="236323"/>
                <wp:effectExtent l="57150" t="19050" r="45085" b="87630"/>
                <wp:wrapNone/>
                <wp:docPr id="748367752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07" cy="236323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5FED91" w14:textId="77777777" w:rsidR="00726CF8" w:rsidRDefault="00726CF8" w:rsidP="00726CF8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098AD" id="_x0000_s1163" type="#_x0000_t67" style="position:absolute;left:0;text-align:left;margin-left:237pt;margin-top:27.1pt;width:8.45pt;height:18.6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" adj="166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C5FED91" w14:textId="77777777" w:rsidR="00726CF8" w:rsidRDefault="00726CF8" w:rsidP="00726CF8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1282DFFA" w14:textId="0EC8BCC2" w:rsidR="00726CF8" w:rsidRDefault="00756914" w:rsidP="00726CF8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8E83A9C" wp14:editId="0C2808F4">
                <wp:simplePos x="0" y="0"/>
                <wp:positionH relativeFrom="margin">
                  <wp:align>right</wp:align>
                </wp:positionH>
                <wp:positionV relativeFrom="paragraph">
                  <wp:posOffset>232599</wp:posOffset>
                </wp:positionV>
                <wp:extent cx="1906822" cy="362612"/>
                <wp:effectExtent l="57150" t="19050" r="74930" b="94615"/>
                <wp:wrapNone/>
                <wp:docPr id="2012805650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F3DA5" w14:textId="5C629835" w:rsidR="00756914" w:rsidRPr="00F025E6" w:rsidRDefault="00756914" w:rsidP="007569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ภายใน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2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83A9C" id="_x0000_s1164" style="position:absolute;left:0;text-align:left;margin-left:98.95pt;margin-top:18.3pt;width:150.15pt;height:28.55pt;z-index:251869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AEF3DA5" w14:textId="5C629835" w:rsidR="00756914" w:rsidRPr="00F025E6" w:rsidRDefault="00756914" w:rsidP="00756914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ภายใน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2 วัน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26CF8"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3760A2C" wp14:editId="26228789">
                <wp:simplePos x="0" y="0"/>
                <wp:positionH relativeFrom="page">
                  <wp:posOffset>2132622</wp:posOffset>
                </wp:positionH>
                <wp:positionV relativeFrom="paragraph">
                  <wp:posOffset>205568</wp:posOffset>
                </wp:positionV>
                <wp:extent cx="2941423" cy="414981"/>
                <wp:effectExtent l="57150" t="38100" r="68580" b="99695"/>
                <wp:wrapNone/>
                <wp:docPr id="1134575289" name="แผนผังลําดับงาน: กระบวนการสำรอ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423" cy="414981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CA05AE" w14:textId="5846A36D" w:rsidR="00726CF8" w:rsidRDefault="00726CF8" w:rsidP="00726CF8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จัดทำรายงานการประชุม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60A2C" id="_x0000_s1165" type="#_x0000_t176" style="position:absolute;left:0;text-align:left;margin-left:167.9pt;margin-top:16.2pt;width:231.6pt;height:32.7pt;z-index: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4CA05AE" w14:textId="5846A36D" w:rsidR="00726CF8" w:rsidRDefault="00726CF8" w:rsidP="00726CF8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จัดทำรายงานการประชุม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1D72833" w14:textId="67ED03AC" w:rsidR="00726CF8" w:rsidRDefault="00726CF8" w:rsidP="00726CF8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54437CA" wp14:editId="0635510F">
                <wp:simplePos x="0" y="0"/>
                <wp:positionH relativeFrom="column">
                  <wp:posOffset>2973636</wp:posOffset>
                </wp:positionH>
                <wp:positionV relativeFrom="paragraph">
                  <wp:posOffset>266185</wp:posOffset>
                </wp:positionV>
                <wp:extent cx="107607" cy="236323"/>
                <wp:effectExtent l="57150" t="19050" r="45085" b="87630"/>
                <wp:wrapNone/>
                <wp:docPr id="694996294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07" cy="236323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8FE91" w14:textId="77777777" w:rsidR="00726CF8" w:rsidRDefault="00726CF8" w:rsidP="00726CF8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437CA" id="_x0000_s1166" type="#_x0000_t67" style="position:absolute;left:0;text-align:left;margin-left:234.15pt;margin-top:20.95pt;width:8.45pt;height:18.6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" adj="166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E08FE91" w14:textId="77777777" w:rsidR="00726CF8" w:rsidRDefault="00726CF8" w:rsidP="00726CF8">
                      <w:pPr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hint="cs"/>
                          <w:cs/>
                          <w:lang w:bidi="th-TH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762E1713" w14:textId="45FE1387" w:rsidR="00726CF8" w:rsidRDefault="00756914" w:rsidP="00726CF8">
      <w:pPr>
        <w:jc w:val="center"/>
        <w:rPr>
          <w:b/>
          <w:szCs w:val="32"/>
          <w:lang w:bidi="th-TH"/>
        </w:rPr>
      </w:pPr>
      <w:r>
        <w:rPr>
          <w:rFonts w:hint="cs"/>
          <w:b/>
          <w:noProof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BD0C926" wp14:editId="2861C8FE">
                <wp:simplePos x="0" y="0"/>
                <wp:positionH relativeFrom="column">
                  <wp:posOffset>4777002</wp:posOffset>
                </wp:positionH>
                <wp:positionV relativeFrom="paragraph">
                  <wp:posOffset>271007</wp:posOffset>
                </wp:positionV>
                <wp:extent cx="1906822" cy="362612"/>
                <wp:effectExtent l="57150" t="19050" r="74930" b="94615"/>
                <wp:wrapNone/>
                <wp:docPr id="602647740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822" cy="3626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F57BDF" w14:textId="77777777" w:rsidR="00756914" w:rsidRPr="00F025E6" w:rsidRDefault="00756914" w:rsidP="007569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ภายใน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1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0C926" id="_x0000_s1167" style="position:absolute;left:0;text-align:left;margin-left:376.15pt;margin-top:21.35pt;width:150.15pt;height:28.5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BF57BDF" w14:textId="77777777" w:rsidR="00756914" w:rsidRPr="00F025E6" w:rsidRDefault="00756914" w:rsidP="00756914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ภายใน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1 วัน</w:t>
                      </w:r>
                    </w:p>
                  </w:txbxContent>
                </v:textbox>
              </v:rect>
            </w:pict>
          </mc:Fallback>
        </mc:AlternateContent>
      </w:r>
      <w:r w:rsidR="00726CF8">
        <w:rPr>
          <w:rFonts w:hint="cs"/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CB55CF3" wp14:editId="3394F7D7">
                <wp:simplePos x="0" y="0"/>
                <wp:positionH relativeFrom="margin">
                  <wp:posOffset>1561070</wp:posOffset>
                </wp:positionH>
                <wp:positionV relativeFrom="paragraph">
                  <wp:posOffset>104878</wp:posOffset>
                </wp:positionV>
                <wp:extent cx="2899393" cy="695067"/>
                <wp:effectExtent l="57150" t="38100" r="15875" b="86360"/>
                <wp:wrapNone/>
                <wp:docPr id="877503715" name="แผนผังลำดับงาน: การเตรียมการ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9393" cy="695067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DAEDB" w14:textId="74F4BA5C" w:rsidR="00726CF8" w:rsidRDefault="00726CF8" w:rsidP="00726CF8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จัดระเบียบวาระการประชุมและเอกสารที่เกี่ยวข้องประชุม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55CF3" id="_x0000_s1168" type="#_x0000_t117" style="position:absolute;left:0;text-align:left;margin-left:122.9pt;margin-top:8.25pt;width:228.3pt;height:54.75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7A9DAEDB" w14:textId="74F4BA5C" w:rsidR="00726CF8" w:rsidRDefault="00726CF8" w:rsidP="00726CF8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จัดระเบียบวาระการประชุมและเอกสารที่เกี่ยวข้องประชุม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3818FB" w14:textId="47E6F0FF" w:rsidR="00726CF8" w:rsidRDefault="00726CF8" w:rsidP="00726CF8">
      <w:pPr>
        <w:jc w:val="center"/>
        <w:rPr>
          <w:b/>
          <w:szCs w:val="32"/>
          <w:lang w:bidi="th-TH"/>
        </w:rPr>
      </w:pP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5072EDD" wp14:editId="33B49640">
                <wp:simplePos x="0" y="0"/>
                <wp:positionH relativeFrom="column">
                  <wp:posOffset>4929402</wp:posOffset>
                </wp:positionH>
                <wp:positionV relativeFrom="paragraph">
                  <wp:posOffset>328295</wp:posOffset>
                </wp:positionV>
                <wp:extent cx="1842719" cy="1142485"/>
                <wp:effectExtent l="57150" t="19050" r="81915" b="95885"/>
                <wp:wrapNone/>
                <wp:docPr id="1316566590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719" cy="11424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A7AD4F" w14:textId="77777777" w:rsidR="00726CF8" w:rsidRPr="00F025E6" w:rsidRDefault="00726CF8" w:rsidP="00726CF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F025E6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ผู้รับผิดชอบการให้บริการ</w:t>
                            </w:r>
                          </w:p>
                          <w:p w14:paraId="5EB0AF9A" w14:textId="77777777" w:rsidR="00726CF8" w:rsidRDefault="00726CF8" w:rsidP="00726CF8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32"/>
                                <w:cs/>
                                <w:lang w:bidi="th-TH"/>
                              </w:rPr>
                              <w:t>งานประชาสัมพันธ์                    075 270570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72EDD" id="_x0000_s1169" style="position:absolute;left:0;text-align:left;margin-left:388.15pt;margin-top:25.85pt;width:145.1pt;height:89.9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FA7AD4F" w14:textId="77777777" w:rsidR="00726CF8" w:rsidRPr="00F025E6" w:rsidRDefault="00726CF8" w:rsidP="00726CF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F025E6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ผู้รับผิดชอบการให้บริการ</w:t>
                      </w:r>
                    </w:p>
                    <w:p w14:paraId="5EB0AF9A" w14:textId="77777777" w:rsidR="00726CF8" w:rsidRDefault="00726CF8" w:rsidP="00726CF8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32"/>
                          <w:cs/>
                          <w:lang w:bidi="th-TH"/>
                        </w:rPr>
                        <w:t>งานประชาสัมพันธ์                    075 270570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C8771D2" wp14:editId="50221F43">
                <wp:simplePos x="0" y="0"/>
                <wp:positionH relativeFrom="margin">
                  <wp:posOffset>74586</wp:posOffset>
                </wp:positionH>
                <wp:positionV relativeFrom="paragraph">
                  <wp:posOffset>395107</wp:posOffset>
                </wp:positionV>
                <wp:extent cx="1811407" cy="418272"/>
                <wp:effectExtent l="57150" t="19050" r="74930" b="96520"/>
                <wp:wrapNone/>
                <wp:docPr id="1965690243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407" cy="41827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AE6C8E" w14:textId="77777777" w:rsidR="00726CF8" w:rsidRPr="00353547" w:rsidRDefault="00726CF8" w:rsidP="00726CF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</w:pP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 xml:space="preserve">จุดบริการ </w:t>
                            </w: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 w:rsidRPr="00353547">
                              <w:rPr>
                                <w:rFonts w:ascii="TH SarabunPSK" w:hAnsi="TH SarabunPSK" w:cs="TH SarabunPSK"/>
                                <w:b/>
                                <w:szCs w:val="32"/>
                                <w:cs/>
                                <w:lang w:bidi="th-TH"/>
                              </w:rPr>
                              <w:t>ขั้นตอนปฏิบัติ</w:t>
                            </w:r>
                          </w:p>
                          <w:p w14:paraId="69874C30" w14:textId="77777777" w:rsidR="00726CF8" w:rsidRDefault="00726CF8" w:rsidP="00726C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771D2" id="_x0000_s1170" style="position:absolute;left:0;text-align:left;margin-left:5.85pt;margin-top:31.1pt;width:142.65pt;height:32.95pt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" fillcolor="#9bbb59 [3206]" strokecolor="#94b64e [3046]">
                <v:fill color2="#cdddac [1622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7AE6C8E" w14:textId="77777777" w:rsidR="00726CF8" w:rsidRPr="00353547" w:rsidRDefault="00726CF8" w:rsidP="00726CF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</w:pP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 xml:space="preserve">จุดบริการ </w:t>
                      </w: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lang w:bidi="th-TH"/>
                        </w:rPr>
                        <w:t xml:space="preserve">1 </w:t>
                      </w:r>
                      <w:r w:rsidRPr="00353547">
                        <w:rPr>
                          <w:rFonts w:ascii="TH SarabunPSK" w:hAnsi="TH SarabunPSK" w:cs="TH SarabunPSK"/>
                          <w:b/>
                          <w:szCs w:val="32"/>
                          <w:cs/>
                          <w:lang w:bidi="th-TH"/>
                        </w:rPr>
                        <w:t>ขั้นตอนปฏิบัติ</w:t>
                      </w:r>
                    </w:p>
                    <w:p w14:paraId="69874C30" w14:textId="77777777" w:rsidR="00726CF8" w:rsidRDefault="00726CF8" w:rsidP="00726CF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cs"/>
          <w:b/>
          <w:szCs w:val="32"/>
          <w:cs/>
          <w:lang w:bidi="th-TH"/>
        </w:rPr>
        <w:t xml:space="preserve">                        </w:t>
      </w:r>
    </w:p>
    <w:p w14:paraId="4023305F" w14:textId="77777777" w:rsidR="00726CF8" w:rsidRDefault="00726CF8" w:rsidP="00726CF8">
      <w:pPr>
        <w:jc w:val="center"/>
        <w:rPr>
          <w:b/>
          <w:szCs w:val="32"/>
          <w:lang w:bidi="th-TH"/>
        </w:rPr>
      </w:pPr>
    </w:p>
    <w:p w14:paraId="21038887" w14:textId="77777777" w:rsidR="00726CF8" w:rsidRPr="00240BF3" w:rsidRDefault="00726CF8" w:rsidP="00726CF8">
      <w:pPr>
        <w:spacing w:after="0"/>
        <w:rPr>
          <w:rFonts w:ascii="TH SarabunPSK" w:hAnsi="TH SarabunPSK" w:cs="TH SarabunPSK"/>
          <w:szCs w:val="32"/>
          <w:lang w:bidi="th-TH"/>
        </w:rPr>
      </w:pPr>
      <w:proofErr w:type="spellStart"/>
      <w:proofErr w:type="gramStart"/>
      <w:r w:rsidRPr="00240BF3">
        <w:rPr>
          <w:rFonts w:ascii="TH SarabunPSK" w:hAnsi="TH SarabunPSK" w:cs="TH SarabunPSK"/>
          <w:szCs w:val="32"/>
        </w:rPr>
        <w:t>หมายเหตุ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:</w:t>
      </w:r>
      <w:proofErr w:type="gramEnd"/>
      <w:r w:rsidRPr="00240BF3">
        <w:rPr>
          <w:rFonts w:ascii="TH SarabunPSK" w:hAnsi="TH SarabunPSK" w:cs="TH SarabunPSK"/>
          <w:szCs w:val="32"/>
        </w:rPr>
        <w:t xml:space="preserve"> </w:t>
      </w:r>
      <w:proofErr w:type="spellStart"/>
      <w:r w:rsidRPr="00240BF3">
        <w:rPr>
          <w:rFonts w:ascii="TH SarabunPSK" w:hAnsi="TH SarabunPSK" w:cs="TH SarabunPSK"/>
          <w:szCs w:val="32"/>
        </w:rPr>
        <w:t>ไม่มีค่าธรรมเนียม</w:t>
      </w:r>
      <w:proofErr w:type="spellEnd"/>
      <w:r w:rsidRPr="00240BF3">
        <w:rPr>
          <w:rFonts w:ascii="TH SarabunPSK" w:hAnsi="TH SarabunPSK" w:cs="TH SarabunPSK"/>
          <w:szCs w:val="32"/>
        </w:rPr>
        <w:t xml:space="preserve"> / </w:t>
      </w:r>
      <w:r w:rsidRPr="00240BF3">
        <w:rPr>
          <w:rFonts w:ascii="TH SarabunPSK" w:hAnsi="TH SarabunPSK" w:cs="TH SarabunPSK"/>
          <w:szCs w:val="32"/>
          <w:cs/>
          <w:lang w:bidi="th-TH"/>
        </w:rPr>
        <w:t>ไม่ม</w:t>
      </w:r>
      <w:r>
        <w:rPr>
          <w:rFonts w:ascii="TH SarabunPSK" w:hAnsi="TH SarabunPSK" w:cs="TH SarabunPSK" w:hint="cs"/>
          <w:szCs w:val="32"/>
          <w:cs/>
          <w:lang w:bidi="th-TH"/>
        </w:rPr>
        <w:t>ี</w:t>
      </w:r>
      <w:r w:rsidRPr="00240BF3">
        <w:rPr>
          <w:rFonts w:ascii="TH SarabunPSK" w:hAnsi="TH SarabunPSK" w:cs="TH SarabunPSK"/>
          <w:szCs w:val="32"/>
          <w:cs/>
          <w:lang w:bidi="th-TH"/>
        </w:rPr>
        <w:t>รายการ</w:t>
      </w:r>
      <w:proofErr w:type="spellStart"/>
      <w:r w:rsidRPr="00240BF3">
        <w:rPr>
          <w:rFonts w:ascii="TH SarabunPSK" w:hAnsi="TH SarabunPSK" w:cs="TH SarabunPSK"/>
          <w:szCs w:val="32"/>
        </w:rPr>
        <w:t>เอกสาร</w:t>
      </w:r>
      <w:proofErr w:type="spellEnd"/>
    </w:p>
    <w:p w14:paraId="1F99589E" w14:textId="77777777" w:rsidR="00726CF8" w:rsidRPr="00240BF3" w:rsidRDefault="00726CF8" w:rsidP="00726CF8">
      <w:pPr>
        <w:spacing w:after="0"/>
        <w:rPr>
          <w:rFonts w:ascii="TH SarabunPSK" w:hAnsi="TH SarabunPSK" w:cs="TH SarabunPSK"/>
          <w:szCs w:val="32"/>
        </w:rPr>
      </w:pPr>
      <w:proofErr w:type="spellStart"/>
      <w:r w:rsidRPr="00240BF3">
        <w:rPr>
          <w:rFonts w:ascii="TH SarabunPSK" w:hAnsi="TH SarabunPSK" w:cs="TH SarabunPSK"/>
          <w:szCs w:val="32"/>
        </w:rPr>
        <w:t>หลักฐานประกอบการยื่นคำขอให้เป็นไปตามประเภทของงานบริการ</w:t>
      </w:r>
      <w:proofErr w:type="spellEnd"/>
    </w:p>
    <w:p w14:paraId="03A2369A" w14:textId="77777777" w:rsidR="00355C00" w:rsidRPr="00726CF8" w:rsidRDefault="00355C00">
      <w:pPr>
        <w:jc w:val="center"/>
        <w:rPr>
          <w:b/>
          <w:szCs w:val="32"/>
          <w:lang w:bidi="th-TH"/>
        </w:rPr>
      </w:pPr>
    </w:p>
    <w:p w14:paraId="11444C43" w14:textId="77777777" w:rsidR="00355C00" w:rsidRDefault="00355C00">
      <w:pPr>
        <w:jc w:val="center"/>
        <w:rPr>
          <w:b/>
          <w:szCs w:val="32"/>
          <w:lang w:bidi="th-TH"/>
        </w:rPr>
      </w:pPr>
    </w:p>
    <w:p w14:paraId="2898E4DE" w14:textId="079F5C38" w:rsidR="009F2245" w:rsidRPr="00C12530" w:rsidRDefault="009478B1">
      <w:pPr>
        <w:jc w:val="center"/>
        <w:rPr>
          <w:b/>
          <w:szCs w:val="32"/>
          <w:lang w:bidi="th-TH"/>
        </w:rPr>
      </w:pPr>
      <w:r w:rsidRPr="001C5418">
        <w:rPr>
          <w:b/>
          <w:szCs w:val="32"/>
        </w:rPr>
        <w:lastRenderedPageBreak/>
        <w:t xml:space="preserve">1 </w:t>
      </w:r>
      <w:r w:rsidRPr="001C5418">
        <w:rPr>
          <w:b/>
          <w:szCs w:val="32"/>
        </w:rPr>
        <w:t>จุดบริการ 5 ขั้นตอนปฏิบัติ</w:t>
      </w:r>
    </w:p>
    <w:p w14:paraId="5FE14E5F" w14:textId="77777777" w:rsidR="00301052" w:rsidRDefault="009478B1" w:rsidP="00C12530">
      <w:pPr>
        <w:spacing w:line="240" w:lineRule="auto"/>
      </w:pPr>
      <w:r>
        <w:rPr>
          <w:b/>
        </w:rPr>
        <w:t xml:space="preserve">1. </w:t>
      </w:r>
      <w:proofErr w:type="spellStart"/>
      <w:r>
        <w:rPr>
          <w:b/>
        </w:rPr>
        <w:t>ได้รับหนังสือจาก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ศกร.ระดับตำบล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และหน่วยงานภายนอก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ภายใน</w:t>
      </w:r>
      <w:proofErr w:type="spellEnd"/>
      <w:r>
        <w:t xml:space="preserve"> 1 </w:t>
      </w:r>
      <w:proofErr w:type="spellStart"/>
      <w:r>
        <w:t>นาที</w:t>
      </w:r>
      <w:proofErr w:type="spellEnd"/>
      <w:r>
        <w:t>)</w:t>
      </w:r>
    </w:p>
    <w:p w14:paraId="6188878C" w14:textId="77777777" w:rsidR="00301052" w:rsidRDefault="009478B1" w:rsidP="00C12530">
      <w:pPr>
        <w:spacing w:line="240" w:lineRule="auto"/>
      </w:pPr>
      <w:r>
        <w:rPr>
          <w:b/>
        </w:rPr>
        <w:t xml:space="preserve">2. </w:t>
      </w:r>
      <w:proofErr w:type="spellStart"/>
      <w:r>
        <w:rPr>
          <w:b/>
        </w:rPr>
        <w:t>ลงรับหนังสือในระบบสารบรรณ</w:t>
      </w:r>
      <w:proofErr w:type="spellEnd"/>
      <w:r>
        <w:rPr>
          <w:b/>
        </w:rPr>
        <w:t>/</w:t>
      </w:r>
      <w:proofErr w:type="spellStart"/>
      <w:r>
        <w:rPr>
          <w:b/>
        </w:rPr>
        <w:t>ระบบที่หน่วยงานกำหนด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ภายใน</w:t>
      </w:r>
      <w:proofErr w:type="spellEnd"/>
      <w:r>
        <w:t xml:space="preserve"> 3 </w:t>
      </w:r>
      <w:proofErr w:type="spellStart"/>
      <w:r>
        <w:t>นาที</w:t>
      </w:r>
      <w:proofErr w:type="spellEnd"/>
      <w:r>
        <w:t>)</w:t>
      </w:r>
    </w:p>
    <w:p w14:paraId="4DC4FB6C" w14:textId="77777777" w:rsidR="00301052" w:rsidRDefault="009478B1" w:rsidP="00C12530">
      <w:pPr>
        <w:spacing w:line="240" w:lineRule="auto"/>
      </w:pPr>
      <w:r>
        <w:rPr>
          <w:b/>
        </w:rPr>
        <w:t xml:space="preserve">3. </w:t>
      </w:r>
      <w:proofErr w:type="spellStart"/>
      <w:r>
        <w:rPr>
          <w:b/>
        </w:rPr>
        <w:t>พิจารณาเรื่องที่ได้รับและเสนอผู้รับผิดชอบ</w:t>
      </w:r>
      <w:proofErr w:type="spellEnd"/>
      <w:r>
        <w:rPr>
          <w:b/>
        </w:rPr>
        <w:t>/</w:t>
      </w:r>
      <w:proofErr w:type="spellStart"/>
      <w:r>
        <w:rPr>
          <w:b/>
        </w:rPr>
        <w:t>ผู้บริหารตามลำดับ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ภายใน</w:t>
      </w:r>
      <w:proofErr w:type="spellEnd"/>
      <w:r>
        <w:t xml:space="preserve"> 5 </w:t>
      </w:r>
      <w:proofErr w:type="spellStart"/>
      <w:r>
        <w:t>นาที</w:t>
      </w:r>
      <w:proofErr w:type="spellEnd"/>
      <w:r>
        <w:t>)</w:t>
      </w:r>
    </w:p>
    <w:p w14:paraId="18EE37DA" w14:textId="77777777" w:rsidR="00301052" w:rsidRDefault="009478B1" w:rsidP="00C12530">
      <w:pPr>
        <w:spacing w:line="240" w:lineRule="auto"/>
      </w:pPr>
      <w:r>
        <w:rPr>
          <w:b/>
        </w:rPr>
        <w:t xml:space="preserve">4. </w:t>
      </w:r>
      <w:proofErr w:type="spellStart"/>
      <w:r>
        <w:rPr>
          <w:b/>
        </w:rPr>
        <w:t>แจกจ่ายหนังสือให้กลุ่มงานหรือผู้รับผิดชอบภายในสำนักงาน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ภายใน</w:t>
      </w:r>
      <w:proofErr w:type="spellEnd"/>
      <w:r>
        <w:t xml:space="preserve"> 5 </w:t>
      </w:r>
      <w:proofErr w:type="spellStart"/>
      <w:r>
        <w:t>นาที</w:t>
      </w:r>
      <w:proofErr w:type="spellEnd"/>
      <w:r>
        <w:t>)</w:t>
      </w:r>
    </w:p>
    <w:p w14:paraId="05E162F7" w14:textId="77777777" w:rsidR="00301052" w:rsidRDefault="009478B1" w:rsidP="00C12530">
      <w:pPr>
        <w:spacing w:line="240" w:lineRule="auto"/>
      </w:pPr>
      <w:r>
        <w:rPr>
          <w:b/>
        </w:rPr>
        <w:t xml:space="preserve">5. </w:t>
      </w:r>
      <w:proofErr w:type="spellStart"/>
      <w:r>
        <w:rPr>
          <w:b/>
        </w:rPr>
        <w:t>ติดตามการดำเนินงานและจัดเก็บเอกสารตามระบบงานสารบรรณ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ภายใน</w:t>
      </w:r>
      <w:proofErr w:type="spellEnd"/>
      <w:r>
        <w:t xml:space="preserve"> 5 </w:t>
      </w:r>
      <w:proofErr w:type="spellStart"/>
      <w:r>
        <w:t>นาที</w:t>
      </w:r>
      <w:proofErr w:type="spellEnd"/>
      <w:r>
        <w:t>)</w:t>
      </w:r>
    </w:p>
    <w:p w14:paraId="329E5D1F" w14:textId="154AE427" w:rsidR="00301052" w:rsidRPr="00B9675E" w:rsidRDefault="009478B1" w:rsidP="00C12530">
      <w:pPr>
        <w:spacing w:line="240" w:lineRule="auto"/>
        <w:rPr>
          <w:rFonts w:ascii="TH SarabunIT๙" w:hAnsi="TH SarabunIT๙" w:cs="TH SarabunIT๙"/>
          <w:szCs w:val="32"/>
          <w:cs/>
          <w:lang w:bidi="th-TH"/>
        </w:rPr>
      </w:pPr>
      <w:proofErr w:type="spellStart"/>
      <w:r w:rsidRPr="00B9675E">
        <w:rPr>
          <w:rFonts w:ascii="TH SarabunIT๙" w:hAnsi="TH SarabunIT๙" w:cs="TH SarabunIT๙"/>
          <w:szCs w:val="32"/>
        </w:rPr>
        <w:t>ผู้รับผิดชอบการให้บริการ</w:t>
      </w:r>
      <w:proofErr w:type="spellEnd"/>
      <w:r w:rsidRPr="00B9675E">
        <w:rPr>
          <w:rFonts w:ascii="TH SarabunIT๙" w:hAnsi="TH SarabunIT๙" w:cs="TH SarabunIT๙"/>
          <w:szCs w:val="32"/>
        </w:rPr>
        <w:t xml:space="preserve">: </w:t>
      </w:r>
      <w:proofErr w:type="spellStart"/>
      <w:r w:rsidRPr="00B9675E">
        <w:rPr>
          <w:rFonts w:ascii="TH SarabunIT๙" w:hAnsi="TH SarabunIT๙" w:cs="TH SarabunIT๙"/>
          <w:szCs w:val="32"/>
        </w:rPr>
        <w:t>งานอำนวยการ</w:t>
      </w:r>
      <w:proofErr w:type="spellEnd"/>
      <w:r w:rsidRPr="00B9675E">
        <w:rPr>
          <w:rFonts w:ascii="TH SarabunIT๙" w:hAnsi="TH SarabunIT๙" w:cs="TH SarabunIT๙"/>
          <w:szCs w:val="32"/>
        </w:rPr>
        <w:t>/</w:t>
      </w:r>
      <w:proofErr w:type="spellStart"/>
      <w:r w:rsidRPr="00B9675E">
        <w:rPr>
          <w:rFonts w:ascii="TH SarabunIT๙" w:hAnsi="TH SarabunIT๙" w:cs="TH SarabunIT๙"/>
          <w:szCs w:val="32"/>
        </w:rPr>
        <w:t>งานธุรการ</w:t>
      </w:r>
      <w:proofErr w:type="spellEnd"/>
      <w:r w:rsidRPr="00B9675E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B9675E">
        <w:rPr>
          <w:rFonts w:ascii="TH SarabunIT๙" w:hAnsi="TH SarabunIT๙" w:cs="TH SarabunIT๙"/>
          <w:szCs w:val="32"/>
        </w:rPr>
        <w:t>ศูนย์ส่งเสริมการเรียนรู้ระดับอำเภอ</w:t>
      </w:r>
      <w:proofErr w:type="spellEnd"/>
      <w:r w:rsidR="00B9675E" w:rsidRPr="00B9675E">
        <w:rPr>
          <w:rFonts w:ascii="TH SarabunIT๙" w:hAnsi="TH SarabunIT๙" w:cs="TH SarabunIT๙"/>
          <w:szCs w:val="32"/>
          <w:cs/>
          <w:lang w:bidi="th-TH"/>
        </w:rPr>
        <w:t>หาดสำราญ</w:t>
      </w:r>
    </w:p>
    <w:p w14:paraId="00673B5E" w14:textId="108E8C5D" w:rsidR="00301052" w:rsidRDefault="009478B1" w:rsidP="00C12530">
      <w:pPr>
        <w:spacing w:line="240" w:lineRule="auto"/>
      </w:pPr>
      <w:proofErr w:type="spellStart"/>
      <w:r>
        <w:t>โทรศัพท์</w:t>
      </w:r>
      <w:proofErr w:type="spellEnd"/>
      <w:r>
        <w:t xml:space="preserve">: </w:t>
      </w:r>
      <w:r w:rsidR="00B9675E">
        <w:t>075-208794</w:t>
      </w:r>
    </w:p>
    <w:p w14:paraId="135D351B" w14:textId="77777777" w:rsidR="00301052" w:rsidRDefault="009478B1" w:rsidP="00C12530">
      <w:pPr>
        <w:spacing w:line="240" w:lineRule="auto"/>
      </w:pPr>
      <w:proofErr w:type="spellStart"/>
      <w:proofErr w:type="gramStart"/>
      <w:r>
        <w:t>หมายเหตุ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ไม่มีค่าธรรมเนียม</w:t>
      </w:r>
      <w:proofErr w:type="spellEnd"/>
      <w:r>
        <w:t xml:space="preserve"> / </w:t>
      </w:r>
      <w:proofErr w:type="spellStart"/>
      <w:r>
        <w:t>เอกสารหลักฐานประกอบการยื่นคำขอให้เป็นไปตามประเภทของงานบริการ</w:t>
      </w:r>
      <w:proofErr w:type="spellEnd"/>
    </w:p>
    <w:p w14:paraId="79CB09E0" w14:textId="77777777" w:rsidR="00301052" w:rsidRDefault="009478B1">
      <w:r>
        <w:br w:type="page"/>
      </w:r>
    </w:p>
    <w:p w14:paraId="062DBD16" w14:textId="77777777" w:rsidR="001C5418" w:rsidRDefault="001C5418" w:rsidP="001C5418"/>
    <w:p w14:paraId="23BBB2CF" w14:textId="77777777" w:rsidR="001C5418" w:rsidRDefault="001C5418" w:rsidP="001C5418">
      <w:pPr>
        <w:jc w:val="center"/>
      </w:pPr>
      <w:r>
        <w:rPr>
          <w:b/>
          <w:sz w:val="40"/>
        </w:rPr>
        <w:t>1. ขั้นตอนการรับ–</w:t>
      </w:r>
      <w:proofErr w:type="spellStart"/>
      <w:r>
        <w:rPr>
          <w:b/>
          <w:sz w:val="40"/>
        </w:rPr>
        <w:t>ส่งหนังสือราชการ</w:t>
      </w:r>
      <w:proofErr w:type="spellEnd"/>
    </w:p>
    <w:p w14:paraId="6B098000" w14:textId="19C6DB2F" w:rsidR="001C5418" w:rsidRPr="00C12530" w:rsidRDefault="001C5418" w:rsidP="001C5418">
      <w:pPr>
        <w:jc w:val="center"/>
        <w:rPr>
          <w:b/>
          <w:lang w:bidi="th-TH"/>
        </w:rPr>
      </w:pPr>
      <w:r>
        <w:rPr>
          <w:b/>
        </w:rPr>
        <w:t>1 จุดบริการ 5 ขั้นตอนปฏิบัติ</w:t>
      </w:r>
    </w:p>
    <w:p w14:paraId="66808200" w14:textId="77777777" w:rsidR="001C5418" w:rsidRDefault="001C5418" w:rsidP="001C5418">
      <w:r>
        <w:rPr>
          <w:b/>
        </w:rPr>
        <w:t xml:space="preserve">1. </w:t>
      </w:r>
      <w:proofErr w:type="spellStart"/>
      <w:r>
        <w:rPr>
          <w:b/>
        </w:rPr>
        <w:t>ได้รับหนังสือจาก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ศกร.ระดับตำบล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และหน่วยงานภายนอก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ภายใน</w:t>
      </w:r>
      <w:proofErr w:type="spellEnd"/>
      <w:r>
        <w:t xml:space="preserve"> 1 </w:t>
      </w:r>
      <w:proofErr w:type="spellStart"/>
      <w:r>
        <w:t>นาที</w:t>
      </w:r>
      <w:proofErr w:type="spellEnd"/>
      <w:r>
        <w:t>)</w:t>
      </w:r>
    </w:p>
    <w:p w14:paraId="6B081988" w14:textId="77777777" w:rsidR="001C5418" w:rsidRDefault="001C5418" w:rsidP="001C5418">
      <w:r>
        <w:rPr>
          <w:b/>
        </w:rPr>
        <w:t xml:space="preserve">2. </w:t>
      </w:r>
      <w:proofErr w:type="spellStart"/>
      <w:r>
        <w:rPr>
          <w:b/>
        </w:rPr>
        <w:t>ลงรับหนังสือในระบบสารบรรณ</w:t>
      </w:r>
      <w:proofErr w:type="spellEnd"/>
      <w:r>
        <w:rPr>
          <w:b/>
        </w:rPr>
        <w:t>/</w:t>
      </w:r>
      <w:proofErr w:type="spellStart"/>
      <w:r>
        <w:rPr>
          <w:b/>
        </w:rPr>
        <w:t>ระบบที่หน่วยงานกำหนด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ภายใน</w:t>
      </w:r>
      <w:proofErr w:type="spellEnd"/>
      <w:r>
        <w:t xml:space="preserve"> 3 </w:t>
      </w:r>
      <w:proofErr w:type="spellStart"/>
      <w:r>
        <w:t>นาที</w:t>
      </w:r>
      <w:proofErr w:type="spellEnd"/>
      <w:r>
        <w:t>)</w:t>
      </w:r>
    </w:p>
    <w:p w14:paraId="30C866F3" w14:textId="77777777" w:rsidR="001C5418" w:rsidRDefault="001C5418" w:rsidP="001C5418">
      <w:r>
        <w:rPr>
          <w:b/>
        </w:rPr>
        <w:t xml:space="preserve">3. </w:t>
      </w:r>
      <w:proofErr w:type="spellStart"/>
      <w:r>
        <w:rPr>
          <w:b/>
        </w:rPr>
        <w:t>พิจารณาเรื่องที่ได้รับและเสนอผู้รับผิดชอบ</w:t>
      </w:r>
      <w:proofErr w:type="spellEnd"/>
      <w:r>
        <w:rPr>
          <w:b/>
        </w:rPr>
        <w:t>/</w:t>
      </w:r>
      <w:proofErr w:type="spellStart"/>
      <w:r>
        <w:rPr>
          <w:b/>
        </w:rPr>
        <w:t>ผู้บริหารตามลำดับ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ภายใน</w:t>
      </w:r>
      <w:proofErr w:type="spellEnd"/>
      <w:r>
        <w:t xml:space="preserve"> 5 </w:t>
      </w:r>
      <w:proofErr w:type="spellStart"/>
      <w:r>
        <w:t>นาที</w:t>
      </w:r>
      <w:proofErr w:type="spellEnd"/>
      <w:r>
        <w:t>)</w:t>
      </w:r>
    </w:p>
    <w:p w14:paraId="13224B87" w14:textId="77777777" w:rsidR="001C5418" w:rsidRDefault="001C5418" w:rsidP="001C5418">
      <w:r>
        <w:rPr>
          <w:b/>
        </w:rPr>
        <w:t xml:space="preserve">4. </w:t>
      </w:r>
      <w:proofErr w:type="spellStart"/>
      <w:r>
        <w:rPr>
          <w:b/>
        </w:rPr>
        <w:t>แจกจ่ายหนังสือให้กลุ่มงานหรือผู้รับผิดชอบภายในสำนักงาน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ภายใน</w:t>
      </w:r>
      <w:proofErr w:type="spellEnd"/>
      <w:r>
        <w:t xml:space="preserve"> 5 </w:t>
      </w:r>
      <w:proofErr w:type="spellStart"/>
      <w:r>
        <w:t>นาที</w:t>
      </w:r>
      <w:proofErr w:type="spellEnd"/>
      <w:r>
        <w:t>)</w:t>
      </w:r>
    </w:p>
    <w:p w14:paraId="25B825F4" w14:textId="77777777" w:rsidR="001C5418" w:rsidRDefault="001C5418" w:rsidP="001C5418">
      <w:r>
        <w:rPr>
          <w:b/>
        </w:rPr>
        <w:t xml:space="preserve">5. </w:t>
      </w:r>
      <w:proofErr w:type="spellStart"/>
      <w:r>
        <w:rPr>
          <w:b/>
        </w:rPr>
        <w:t>ติดตามการดำเนินงานและจัดเก็บเอกสารตามระบบงานสารบรรณ</w:t>
      </w:r>
      <w:proofErr w:type="spellEnd"/>
      <w:r>
        <w:rPr>
          <w:b/>
        </w:rPr>
        <w:t xml:space="preserve"> </w:t>
      </w:r>
      <w:r>
        <w:t>(</w:t>
      </w:r>
      <w:proofErr w:type="spellStart"/>
      <w:r>
        <w:t>ภายใน</w:t>
      </w:r>
      <w:proofErr w:type="spellEnd"/>
      <w:r>
        <w:t xml:space="preserve"> 5 </w:t>
      </w:r>
      <w:proofErr w:type="spellStart"/>
      <w:r>
        <w:t>นาที</w:t>
      </w:r>
      <w:proofErr w:type="spellEnd"/>
      <w:r>
        <w:t>)</w:t>
      </w:r>
    </w:p>
    <w:p w14:paraId="2494C60D" w14:textId="2DA09136" w:rsidR="001C5418" w:rsidRPr="00B9675E" w:rsidRDefault="001C5418" w:rsidP="001C5418">
      <w:pPr>
        <w:rPr>
          <w:rFonts w:ascii="TH SarabunIT๙" w:hAnsi="TH SarabunIT๙" w:cs="TH SarabunIT๙"/>
          <w:szCs w:val="32"/>
          <w:cs/>
          <w:lang w:bidi="th-TH"/>
        </w:rPr>
      </w:pPr>
      <w:proofErr w:type="spellStart"/>
      <w:r w:rsidRPr="00B9675E">
        <w:rPr>
          <w:rFonts w:ascii="TH SarabunIT๙" w:hAnsi="TH SarabunIT๙" w:cs="TH SarabunIT๙"/>
          <w:szCs w:val="32"/>
        </w:rPr>
        <w:t>ผู้รับผิดชอบการให้บริการ</w:t>
      </w:r>
      <w:proofErr w:type="spellEnd"/>
      <w:r w:rsidRPr="00B9675E">
        <w:rPr>
          <w:rFonts w:ascii="TH SarabunIT๙" w:hAnsi="TH SarabunIT๙" w:cs="TH SarabunIT๙"/>
          <w:szCs w:val="32"/>
        </w:rPr>
        <w:t xml:space="preserve">: </w:t>
      </w:r>
      <w:proofErr w:type="spellStart"/>
      <w:r w:rsidRPr="00B9675E">
        <w:rPr>
          <w:rFonts w:ascii="TH SarabunIT๙" w:hAnsi="TH SarabunIT๙" w:cs="TH SarabunIT๙"/>
          <w:szCs w:val="32"/>
        </w:rPr>
        <w:t>งานอำนวยการ</w:t>
      </w:r>
      <w:proofErr w:type="spellEnd"/>
      <w:r w:rsidRPr="00B9675E">
        <w:rPr>
          <w:rFonts w:ascii="TH SarabunIT๙" w:hAnsi="TH SarabunIT๙" w:cs="TH SarabunIT๙"/>
          <w:szCs w:val="32"/>
        </w:rPr>
        <w:t>/</w:t>
      </w:r>
      <w:proofErr w:type="spellStart"/>
      <w:r w:rsidRPr="00B9675E">
        <w:rPr>
          <w:rFonts w:ascii="TH SarabunIT๙" w:hAnsi="TH SarabunIT๙" w:cs="TH SarabunIT๙"/>
          <w:szCs w:val="32"/>
        </w:rPr>
        <w:t>งานธุรการ</w:t>
      </w:r>
      <w:proofErr w:type="spellEnd"/>
      <w:r w:rsidRPr="00B9675E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B9675E">
        <w:rPr>
          <w:rFonts w:ascii="TH SarabunIT๙" w:hAnsi="TH SarabunIT๙" w:cs="TH SarabunIT๙"/>
          <w:szCs w:val="32"/>
        </w:rPr>
        <w:t>ศูนย์ส่งเสริมการเรียนรู้ระดับอำเภอ</w:t>
      </w:r>
      <w:proofErr w:type="spellEnd"/>
      <w:r w:rsidR="00B9675E" w:rsidRPr="00B9675E">
        <w:rPr>
          <w:rFonts w:ascii="TH SarabunIT๙" w:hAnsi="TH SarabunIT๙" w:cs="TH SarabunIT๙"/>
          <w:szCs w:val="32"/>
          <w:cs/>
          <w:lang w:bidi="th-TH"/>
        </w:rPr>
        <w:t>หาดสำราญ</w:t>
      </w:r>
    </w:p>
    <w:p w14:paraId="23E9AE0A" w14:textId="77777777" w:rsidR="00C12530" w:rsidRDefault="001C5418" w:rsidP="00C12530">
      <w:proofErr w:type="spellStart"/>
      <w:r>
        <w:t>โทรศัพท์</w:t>
      </w:r>
      <w:proofErr w:type="spellEnd"/>
      <w:r>
        <w:t xml:space="preserve">: </w:t>
      </w:r>
      <w:r w:rsidR="00C12530">
        <w:t>075-208794</w:t>
      </w:r>
    </w:p>
    <w:p w14:paraId="69D962B7" w14:textId="56C67D57" w:rsidR="001C5418" w:rsidRDefault="001C5418" w:rsidP="001C5418">
      <w:proofErr w:type="spellStart"/>
      <w:proofErr w:type="gramStart"/>
      <w:r>
        <w:t>หมายเหตุ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ไม่มีค่าธรรมเนียม</w:t>
      </w:r>
      <w:proofErr w:type="spellEnd"/>
      <w:r>
        <w:t xml:space="preserve"> / </w:t>
      </w:r>
      <w:proofErr w:type="spellStart"/>
      <w:r>
        <w:t>เอกสารหลักฐานประกอบการยื่นคำขอให้เป็นไปตามประเภทของงานบริการ</w:t>
      </w:r>
      <w:proofErr w:type="spellEnd"/>
    </w:p>
    <w:p w14:paraId="53AD0316" w14:textId="77777777" w:rsidR="001C5418" w:rsidRDefault="001C5418" w:rsidP="001C5418">
      <w:r>
        <w:br w:type="page"/>
      </w:r>
    </w:p>
    <w:p w14:paraId="7D46C000" w14:textId="77777777" w:rsidR="00301052" w:rsidRDefault="009478B1">
      <w:pPr>
        <w:jc w:val="center"/>
      </w:pPr>
      <w:r>
        <w:rPr>
          <w:b/>
          <w:sz w:val="40"/>
        </w:rPr>
        <w:lastRenderedPageBreak/>
        <w:t xml:space="preserve">2. </w:t>
      </w:r>
      <w:proofErr w:type="spellStart"/>
      <w:r>
        <w:rPr>
          <w:b/>
          <w:sz w:val="40"/>
        </w:rPr>
        <w:t>ขั้นตอนการติดต่อขอรับบริการงานอำนวยการ</w:t>
      </w:r>
      <w:proofErr w:type="spellEnd"/>
    </w:p>
    <w:p w14:paraId="1E40CC7E" w14:textId="77777777" w:rsidR="00301052" w:rsidRDefault="009478B1">
      <w:pPr>
        <w:jc w:val="center"/>
      </w:pPr>
      <w:r>
        <w:rPr>
          <w:b/>
        </w:rPr>
        <w:t xml:space="preserve">1 </w:t>
      </w:r>
      <w:r>
        <w:rPr>
          <w:b/>
        </w:rPr>
        <w:t>จุดบริการ 1 ขั้นตอนปฏิบัติ</w:t>
      </w:r>
    </w:p>
    <w:p w14:paraId="36F1C76E" w14:textId="77777777" w:rsidR="00301052" w:rsidRDefault="009478B1">
      <w:r>
        <w:t xml:space="preserve">1. </w:t>
      </w:r>
      <w:r>
        <w:t>ผู้มาติดต่อแจ้งความประสงค์และยื่นเรื่องต่อเจ้าหน้าที่ผู้รับผิดชอบ</w:t>
      </w:r>
    </w:p>
    <w:p w14:paraId="747C8FA3" w14:textId="77777777" w:rsidR="00301052" w:rsidRDefault="009478B1">
      <w:r>
        <w:t xml:space="preserve">2. </w:t>
      </w:r>
      <w:proofErr w:type="spellStart"/>
      <w:r>
        <w:t>เจ้าหน้าที่รับเรื่อง</w:t>
      </w:r>
      <w:proofErr w:type="spellEnd"/>
      <w:r>
        <w:t xml:space="preserve"> </w:t>
      </w:r>
      <w:proofErr w:type="spellStart"/>
      <w:r>
        <w:t>ตรวจสอบรายละเอียด</w:t>
      </w:r>
      <w:proofErr w:type="spellEnd"/>
      <w:r>
        <w:t xml:space="preserve"> </w:t>
      </w:r>
      <w:proofErr w:type="spellStart"/>
      <w:r>
        <w:t>และพิจารณาประเภทของงาน</w:t>
      </w:r>
      <w:proofErr w:type="spellEnd"/>
    </w:p>
    <w:p w14:paraId="699F67C2" w14:textId="77777777" w:rsidR="00301052" w:rsidRDefault="009478B1">
      <w:r>
        <w:t xml:space="preserve">3. </w:t>
      </w:r>
      <w:proofErr w:type="spellStart"/>
      <w:r>
        <w:t>เสนอเรื่องต่อผู้บริหารหรือผู้มีอำนาจพิจารณา</w:t>
      </w:r>
      <w:proofErr w:type="spellEnd"/>
      <w:r>
        <w:t xml:space="preserve"> </w:t>
      </w:r>
      <w:proofErr w:type="spellStart"/>
      <w:r>
        <w:t>ตามภารกิจ</w:t>
      </w:r>
      <w:proofErr w:type="spellEnd"/>
    </w:p>
    <w:p w14:paraId="235C6DF2" w14:textId="77777777" w:rsidR="00301052" w:rsidRDefault="009478B1">
      <w:r>
        <w:t xml:space="preserve">4. </w:t>
      </w:r>
      <w:proofErr w:type="spellStart"/>
      <w:r>
        <w:t>เจ้าหน้าที่ดำเนินการตามระบบงานสารบรรณและภารกิจที่เกี่ยวข้อง</w:t>
      </w:r>
      <w:proofErr w:type="spellEnd"/>
    </w:p>
    <w:p w14:paraId="2BF2A90B" w14:textId="77777777" w:rsidR="00301052" w:rsidRDefault="009478B1">
      <w:r>
        <w:t xml:space="preserve">5. </w:t>
      </w:r>
      <w:proofErr w:type="spellStart"/>
      <w:r>
        <w:t>แจ้งผลหรือจัดส่งเอกสารให้ผู้มาติดต่อ</w:t>
      </w:r>
      <w:proofErr w:type="spellEnd"/>
    </w:p>
    <w:p w14:paraId="174BD374" w14:textId="77777777" w:rsidR="00301052" w:rsidRDefault="009478B1">
      <w:proofErr w:type="spellStart"/>
      <w:r>
        <w:t>ระยะเวลาให้บริการ</w:t>
      </w:r>
      <w:proofErr w:type="spellEnd"/>
      <w:r>
        <w:t xml:space="preserve">: </w:t>
      </w:r>
      <w:proofErr w:type="spellStart"/>
      <w:r>
        <w:t>พิจารณาตามประเภทและความซับซ้อนของเรื่อง</w:t>
      </w:r>
      <w:proofErr w:type="spellEnd"/>
      <w:r>
        <w:t xml:space="preserve"> </w:t>
      </w:r>
      <w:proofErr w:type="spellStart"/>
      <w:r>
        <w:t>โดยเจ้าหน้าที่จะแจ้งระยะเวลาแก่ผู้รับบริการ</w:t>
      </w:r>
      <w:proofErr w:type="spellEnd"/>
    </w:p>
    <w:p w14:paraId="52FBD56B" w14:textId="77777777" w:rsidR="00301052" w:rsidRDefault="009478B1">
      <w:proofErr w:type="spellStart"/>
      <w:proofErr w:type="gramStart"/>
      <w:r>
        <w:t>หมายเหตุ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ไม่มีค่าธรรมเนียม</w:t>
      </w:r>
      <w:proofErr w:type="spellEnd"/>
      <w:r>
        <w:t xml:space="preserve"> </w:t>
      </w:r>
      <w:proofErr w:type="spellStart"/>
      <w:r>
        <w:t>เว้นแต่กฎหมายหรือระเบียบที่เกี่ยวข้องกำหนดเป็นอย่างอื่น</w:t>
      </w:r>
      <w:proofErr w:type="spellEnd"/>
    </w:p>
    <w:p w14:paraId="22374044" w14:textId="77777777" w:rsidR="00301052" w:rsidRDefault="009478B1">
      <w:r>
        <w:br w:type="page"/>
      </w:r>
    </w:p>
    <w:p w14:paraId="3CA934BD" w14:textId="77777777" w:rsidR="00301052" w:rsidRDefault="009478B1">
      <w:pPr>
        <w:jc w:val="center"/>
      </w:pPr>
      <w:r>
        <w:rPr>
          <w:b/>
          <w:sz w:val="40"/>
        </w:rPr>
        <w:lastRenderedPageBreak/>
        <w:t xml:space="preserve">3. </w:t>
      </w:r>
      <w:proofErr w:type="spellStart"/>
      <w:r>
        <w:rPr>
          <w:b/>
          <w:sz w:val="40"/>
        </w:rPr>
        <w:t>ขั้นตอนการประชาสัมพันธ์และเผยแพร่ข้อมูลข่าวสาร</w:t>
      </w:r>
      <w:proofErr w:type="spellEnd"/>
    </w:p>
    <w:p w14:paraId="42590DCD" w14:textId="77777777" w:rsidR="00301052" w:rsidRDefault="009478B1">
      <w:pPr>
        <w:jc w:val="center"/>
      </w:pPr>
      <w:r>
        <w:rPr>
          <w:b/>
        </w:rPr>
        <w:t xml:space="preserve">1 </w:t>
      </w:r>
      <w:r>
        <w:rPr>
          <w:b/>
        </w:rPr>
        <w:t>จุดบริการ 3 ขั้นตอนปฏิบัติ</w:t>
      </w:r>
    </w:p>
    <w:p w14:paraId="6D7354D3" w14:textId="77777777" w:rsidR="00301052" w:rsidRDefault="009478B1">
      <w:r>
        <w:t xml:space="preserve">1. </w:t>
      </w:r>
      <w:proofErr w:type="spellStart"/>
      <w:proofErr w:type="gramStart"/>
      <w:r>
        <w:t>จัดระบบและตรวจสอบข้อมูลข่าวสารที่ต้องประชาสัมพันธ์</w:t>
      </w:r>
      <w:proofErr w:type="spellEnd"/>
      <w:r>
        <w:t xml:space="preserve">  (</w:t>
      </w:r>
      <w:proofErr w:type="spellStart"/>
      <w:proofErr w:type="gramEnd"/>
      <w:r>
        <w:t>ภายใน</w:t>
      </w:r>
      <w:proofErr w:type="spellEnd"/>
      <w:r>
        <w:t xml:space="preserve"> 5 </w:t>
      </w:r>
      <w:proofErr w:type="spellStart"/>
      <w:r>
        <w:t>นาทีต่อขั้นตอน</w:t>
      </w:r>
      <w:proofErr w:type="spellEnd"/>
      <w:r>
        <w:t xml:space="preserve"> </w:t>
      </w:r>
      <w:proofErr w:type="spellStart"/>
      <w:r>
        <w:t>เมื่อข้อมูลพร้อมเผยแพร่</w:t>
      </w:r>
      <w:proofErr w:type="spellEnd"/>
      <w:r>
        <w:t>)</w:t>
      </w:r>
    </w:p>
    <w:p w14:paraId="7C8A1D4E" w14:textId="77777777" w:rsidR="00301052" w:rsidRDefault="009478B1">
      <w:r>
        <w:t xml:space="preserve">2. </w:t>
      </w:r>
      <w:proofErr w:type="spellStart"/>
      <w:proofErr w:type="gramStart"/>
      <w:r>
        <w:t>ตรวจสอบความถูกต้องและความเหมาะสมของข้อมูลก่อนเผยแพร่</w:t>
      </w:r>
      <w:proofErr w:type="spellEnd"/>
      <w:r>
        <w:t xml:space="preserve">  (</w:t>
      </w:r>
      <w:proofErr w:type="spellStart"/>
      <w:proofErr w:type="gramEnd"/>
      <w:r>
        <w:t>ภายใน</w:t>
      </w:r>
      <w:proofErr w:type="spellEnd"/>
      <w:r>
        <w:t xml:space="preserve"> 5 </w:t>
      </w:r>
      <w:proofErr w:type="spellStart"/>
      <w:r>
        <w:t>นาทีต่อขั้นตอน</w:t>
      </w:r>
      <w:proofErr w:type="spellEnd"/>
      <w:r>
        <w:t xml:space="preserve"> </w:t>
      </w:r>
      <w:proofErr w:type="spellStart"/>
      <w:r>
        <w:t>เมื่อข้อมูลพร้อมเผยแพร่</w:t>
      </w:r>
      <w:proofErr w:type="spellEnd"/>
      <w:r>
        <w:t>)</w:t>
      </w:r>
    </w:p>
    <w:p w14:paraId="599346E0" w14:textId="0E078CA0" w:rsidR="00301052" w:rsidRDefault="009478B1">
      <w:pPr>
        <w:rPr>
          <w:rFonts w:hint="cs"/>
          <w:cs/>
          <w:lang w:bidi="th-TH"/>
        </w:rPr>
      </w:pPr>
      <w:r>
        <w:t xml:space="preserve">3. </w:t>
      </w:r>
      <w:r>
        <w:t>นำเสนอ/เผยแพร่ข้อมูลผ่านช่องทางประชาสัมพันธ์ของศูนย์ส่งเสริมการ</w:t>
      </w:r>
      <w:r w:rsidRPr="00364070">
        <w:rPr>
          <w:rFonts w:ascii="TH SarabunIT๙" w:hAnsi="TH SarabunIT๙" w:cs="TH SarabunIT๙"/>
          <w:szCs w:val="32"/>
        </w:rPr>
        <w:t>เรียนรู้ระดับ</w:t>
      </w:r>
      <w:proofErr w:type="spellStart"/>
      <w:r w:rsidRPr="00364070">
        <w:rPr>
          <w:rFonts w:ascii="TH SarabunIT๙" w:hAnsi="TH SarabunIT๙" w:cs="TH SarabunIT๙"/>
          <w:szCs w:val="32"/>
        </w:rPr>
        <w:t>อำเภอ</w:t>
      </w:r>
      <w:proofErr w:type="spellEnd"/>
      <w:r w:rsidR="00364070" w:rsidRPr="00364070">
        <w:rPr>
          <w:rFonts w:ascii="TH SarabunIT๙" w:hAnsi="TH SarabunIT๙" w:cs="TH SarabunIT๙"/>
          <w:szCs w:val="32"/>
          <w:cs/>
          <w:lang w:bidi="th-TH"/>
        </w:rPr>
        <w:t>หาดสำราญ</w:t>
      </w:r>
      <w:r w:rsidRPr="00364070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64070">
        <w:rPr>
          <w:rFonts w:ascii="TH SarabunIT๙" w:hAnsi="TH SarabunIT๙" w:cs="TH SarabunIT๙"/>
          <w:szCs w:val="32"/>
        </w:rPr>
        <w:t>เช่น</w:t>
      </w:r>
      <w:proofErr w:type="spellEnd"/>
      <w:r w:rsidRPr="00364070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64070">
        <w:rPr>
          <w:rFonts w:ascii="TH SarabunIT๙" w:hAnsi="TH SarabunIT๙" w:cs="TH SarabunIT๙"/>
          <w:szCs w:val="32"/>
        </w:rPr>
        <w:t>เว็บไซต์</w:t>
      </w:r>
      <w:proofErr w:type="spellEnd"/>
      <w:r>
        <w:t xml:space="preserve"> </w:t>
      </w:r>
      <w:proofErr w:type="spellStart"/>
      <w:r>
        <w:t>สื่อสังคมออนไลน์</w:t>
      </w:r>
      <w:proofErr w:type="spellEnd"/>
      <w:r>
        <w:t xml:space="preserve"> </w:t>
      </w:r>
      <w:proofErr w:type="spellStart"/>
      <w:proofErr w:type="gramStart"/>
      <w:r>
        <w:t>และป้ายประชาสัมพันธ์</w:t>
      </w:r>
      <w:proofErr w:type="spellEnd"/>
      <w:r>
        <w:t xml:space="preserve">  (</w:t>
      </w:r>
      <w:proofErr w:type="spellStart"/>
      <w:proofErr w:type="gramEnd"/>
      <w:r>
        <w:t>ภายใน</w:t>
      </w:r>
      <w:proofErr w:type="spellEnd"/>
      <w:r>
        <w:t xml:space="preserve"> 5 </w:t>
      </w:r>
      <w:proofErr w:type="spellStart"/>
      <w:r>
        <w:t>นาทีต่อขั้นตอน</w:t>
      </w:r>
      <w:proofErr w:type="spellEnd"/>
      <w:r>
        <w:t xml:space="preserve"> </w:t>
      </w:r>
      <w:proofErr w:type="spellStart"/>
      <w:r>
        <w:t>เมื่อข้อมูลพร้อมเผยแพร่</w:t>
      </w:r>
      <w:proofErr w:type="spellEnd"/>
      <w:r>
        <w:t>)</w:t>
      </w:r>
    </w:p>
    <w:p w14:paraId="0212DDDD" w14:textId="77777777" w:rsidR="00301052" w:rsidRDefault="009478B1">
      <w:proofErr w:type="spellStart"/>
      <w:r>
        <w:t>ผู้รับผิดชอบการให้บริการ</w:t>
      </w:r>
      <w:proofErr w:type="spellEnd"/>
      <w:r>
        <w:t xml:space="preserve">: </w:t>
      </w:r>
      <w:proofErr w:type="spellStart"/>
      <w:r>
        <w:t>งานประชาสัมพันธ์</w:t>
      </w:r>
      <w:proofErr w:type="spellEnd"/>
      <w:r>
        <w:t>/</w:t>
      </w:r>
      <w:proofErr w:type="spellStart"/>
      <w:r>
        <w:t>ผู้ได้รับมอบหมาย</w:t>
      </w:r>
      <w:proofErr w:type="spellEnd"/>
    </w:p>
    <w:p w14:paraId="28D61CA3" w14:textId="77777777" w:rsidR="00301052" w:rsidRDefault="009478B1">
      <w:proofErr w:type="spellStart"/>
      <w:proofErr w:type="gramStart"/>
      <w:r>
        <w:t>หมายเหตุ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ไม่มีค่าธรรมเนียม</w:t>
      </w:r>
      <w:proofErr w:type="spellEnd"/>
      <w:r>
        <w:t xml:space="preserve"> / </w:t>
      </w:r>
      <w:proofErr w:type="spellStart"/>
      <w:r>
        <w:t>ไม่มีรายการเอกสารหลักฐานประกอบการยื่นคำขอรับบริการ</w:t>
      </w:r>
      <w:proofErr w:type="spellEnd"/>
    </w:p>
    <w:p w14:paraId="39155948" w14:textId="77777777" w:rsidR="00301052" w:rsidRDefault="009478B1">
      <w:r>
        <w:br w:type="page"/>
      </w:r>
    </w:p>
    <w:p w14:paraId="030EF541" w14:textId="77777777" w:rsidR="00301052" w:rsidRDefault="009478B1">
      <w:pPr>
        <w:jc w:val="center"/>
      </w:pPr>
      <w:r>
        <w:rPr>
          <w:b/>
          <w:sz w:val="40"/>
        </w:rPr>
        <w:lastRenderedPageBreak/>
        <w:t xml:space="preserve">4. </w:t>
      </w:r>
      <w:proofErr w:type="spellStart"/>
      <w:r>
        <w:rPr>
          <w:b/>
          <w:sz w:val="40"/>
        </w:rPr>
        <w:t>ขั้นตอนการจัดประชุมภายใน</w:t>
      </w:r>
      <w:proofErr w:type="spellEnd"/>
    </w:p>
    <w:p w14:paraId="6FE366C6" w14:textId="77777777" w:rsidR="00301052" w:rsidRDefault="009478B1">
      <w:pPr>
        <w:jc w:val="center"/>
      </w:pPr>
      <w:r>
        <w:rPr>
          <w:b/>
        </w:rPr>
        <w:t xml:space="preserve">1 </w:t>
      </w:r>
      <w:r>
        <w:rPr>
          <w:b/>
        </w:rPr>
        <w:t>จุดบริการ 4 ขั้นตอนปฏิบัติ</w:t>
      </w:r>
    </w:p>
    <w:p w14:paraId="01EAA190" w14:textId="77777777" w:rsidR="00301052" w:rsidRDefault="009478B1">
      <w:r>
        <w:t xml:space="preserve">1. </w:t>
      </w:r>
      <w:proofErr w:type="spellStart"/>
      <w:r>
        <w:t>ได้รับแจ้งกำหนดการประชุมและประเด็นที่จะประชุม</w:t>
      </w:r>
      <w:proofErr w:type="spellEnd"/>
    </w:p>
    <w:p w14:paraId="2144BD73" w14:textId="77777777" w:rsidR="00301052" w:rsidRDefault="009478B1">
      <w:r>
        <w:t xml:space="preserve">2. </w:t>
      </w:r>
      <w:proofErr w:type="spellStart"/>
      <w:r>
        <w:t>แจ้งผู้เกี่ยวข้องและจัดส่งวาระ</w:t>
      </w:r>
      <w:proofErr w:type="spellEnd"/>
      <w:r>
        <w:t>/</w:t>
      </w:r>
      <w:proofErr w:type="spellStart"/>
      <w:r>
        <w:t>ข้อมูลประกอบการประชุม</w:t>
      </w:r>
      <w:proofErr w:type="spellEnd"/>
    </w:p>
    <w:p w14:paraId="652497BB" w14:textId="77777777" w:rsidR="00301052" w:rsidRDefault="009478B1">
      <w:r>
        <w:t xml:space="preserve">3. </w:t>
      </w:r>
      <w:proofErr w:type="spellStart"/>
      <w:r>
        <w:t>จัดทำระเบียบวาระ</w:t>
      </w:r>
      <w:proofErr w:type="spellEnd"/>
      <w:r>
        <w:t xml:space="preserve"> </w:t>
      </w:r>
      <w:proofErr w:type="spellStart"/>
      <w:r>
        <w:t>เตรียมเอกสาร</w:t>
      </w:r>
      <w:proofErr w:type="spellEnd"/>
      <w:r>
        <w:t xml:space="preserve"> </w:t>
      </w:r>
      <w:proofErr w:type="spellStart"/>
      <w:r>
        <w:t>และเตรียมสถานที่หรือระบบประชุม</w:t>
      </w:r>
      <w:proofErr w:type="spellEnd"/>
    </w:p>
    <w:p w14:paraId="47DDBF31" w14:textId="77777777" w:rsidR="00301052" w:rsidRDefault="009478B1">
      <w:r>
        <w:t xml:space="preserve">4. </w:t>
      </w:r>
      <w:proofErr w:type="spellStart"/>
      <w:r>
        <w:t>ดำเนินการประชุม</w:t>
      </w:r>
      <w:proofErr w:type="spellEnd"/>
      <w:r>
        <w:t xml:space="preserve"> </w:t>
      </w:r>
      <w:proofErr w:type="spellStart"/>
      <w:r>
        <w:t>จัดทำรายงานการประชุม</w:t>
      </w:r>
      <w:proofErr w:type="spellEnd"/>
      <w:r>
        <w:t xml:space="preserve"> </w:t>
      </w:r>
      <w:proofErr w:type="spellStart"/>
      <w:r>
        <w:t>และจัดเก็บเอกสารที่เกี่ยวข้อง</w:t>
      </w:r>
      <w:proofErr w:type="spellEnd"/>
    </w:p>
    <w:p w14:paraId="20FCA7F9" w14:textId="77777777" w:rsidR="00301052" w:rsidRDefault="009478B1">
      <w:proofErr w:type="spellStart"/>
      <w:r>
        <w:t>ระยะเวลาดำเนินการ</w:t>
      </w:r>
      <w:proofErr w:type="spellEnd"/>
      <w:r>
        <w:t xml:space="preserve">: </w:t>
      </w:r>
      <w:proofErr w:type="spellStart"/>
      <w:r>
        <w:t>โดยทั่วไปดำเนินการเตรียมการตามกำหนดนัดหมายของหน่วยงาน</w:t>
      </w:r>
      <w:proofErr w:type="spellEnd"/>
    </w:p>
    <w:p w14:paraId="17C4C7E3" w14:textId="77777777" w:rsidR="00301052" w:rsidRDefault="009478B1">
      <w:proofErr w:type="spellStart"/>
      <w:proofErr w:type="gramStart"/>
      <w:r>
        <w:t>หมายเหตุ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ไม่มีค่าธรรมเนียม</w:t>
      </w:r>
      <w:proofErr w:type="spellEnd"/>
      <w:r>
        <w:t xml:space="preserve"> / </w:t>
      </w:r>
      <w:proofErr w:type="spellStart"/>
      <w:r>
        <w:t>ไม่มีรายการเอกสารหลักฐานประกอบการยื่นคำขอรับบริการ</w:t>
      </w:r>
      <w:proofErr w:type="spellEnd"/>
    </w:p>
    <w:p w14:paraId="73350D6E" w14:textId="77777777" w:rsidR="00301052" w:rsidRDefault="009478B1">
      <w:r>
        <w:br w:type="page"/>
      </w:r>
    </w:p>
    <w:p w14:paraId="5551171E" w14:textId="77777777" w:rsidR="00301052" w:rsidRDefault="009478B1">
      <w:pPr>
        <w:jc w:val="center"/>
      </w:pPr>
      <w:r>
        <w:rPr>
          <w:b/>
          <w:sz w:val="40"/>
        </w:rPr>
        <w:lastRenderedPageBreak/>
        <w:t xml:space="preserve">5. </w:t>
      </w:r>
      <w:proofErr w:type="spellStart"/>
      <w:r>
        <w:rPr>
          <w:b/>
          <w:sz w:val="40"/>
        </w:rPr>
        <w:t>ขั้นตอนการขอรับบริการด้านการเรียนรู้</w:t>
      </w:r>
      <w:proofErr w:type="spellEnd"/>
    </w:p>
    <w:p w14:paraId="22F0B1F1" w14:textId="77777777" w:rsidR="00301052" w:rsidRDefault="009478B1">
      <w:pPr>
        <w:jc w:val="center"/>
      </w:pPr>
      <w:proofErr w:type="spellStart"/>
      <w:r>
        <w:rPr>
          <w:b/>
        </w:rPr>
        <w:t>สำหรับประชาชนและผู้มารับบริการ</w:t>
      </w:r>
      <w:proofErr w:type="spellEnd"/>
    </w:p>
    <w:p w14:paraId="06E72E71" w14:textId="77777777" w:rsidR="00301052" w:rsidRDefault="009478B1">
      <w:r>
        <w:t xml:space="preserve">1. </w:t>
      </w:r>
      <w:proofErr w:type="spellStart"/>
      <w:r>
        <w:t>ผู้รับบริการแจ้งความประสงค์</w:t>
      </w:r>
      <w:proofErr w:type="spellEnd"/>
      <w:r>
        <w:t xml:space="preserve"> </w:t>
      </w:r>
      <w:proofErr w:type="spellStart"/>
      <w:r>
        <w:t>เช่น</w:t>
      </w:r>
      <w:proofErr w:type="spellEnd"/>
      <w:r>
        <w:t xml:space="preserve"> </w:t>
      </w:r>
      <w:proofErr w:type="spellStart"/>
      <w:r>
        <w:t>การสมัครเรียน</w:t>
      </w:r>
      <w:proofErr w:type="spellEnd"/>
      <w:r>
        <w:t xml:space="preserve"> </w:t>
      </w:r>
      <w:proofErr w:type="spellStart"/>
      <w:r>
        <w:t>การเข้าร่วมกิจกรรมการเรียนรู้</w:t>
      </w:r>
      <w:proofErr w:type="spellEnd"/>
      <w:r>
        <w:t xml:space="preserve"> </w:t>
      </w:r>
      <w:proofErr w:type="spellStart"/>
      <w:r>
        <w:t>การใช้แหล่งเรียนรู้</w:t>
      </w:r>
      <w:proofErr w:type="spellEnd"/>
      <w:r>
        <w:t xml:space="preserve"> </w:t>
      </w:r>
      <w:proofErr w:type="spellStart"/>
      <w:r>
        <w:t>หรือการขอข้อมูลหลักสูตร</w:t>
      </w:r>
      <w:proofErr w:type="spellEnd"/>
    </w:p>
    <w:p w14:paraId="6DED47E4" w14:textId="77777777" w:rsidR="00301052" w:rsidRDefault="009478B1">
      <w:r>
        <w:t xml:space="preserve">2. </w:t>
      </w:r>
      <w:proofErr w:type="spellStart"/>
      <w:r>
        <w:t>เจ้าหน้าที่ตรวจสอบข้อมูลและคุณสมบัติตามประเภทบริการ</w:t>
      </w:r>
      <w:proofErr w:type="spellEnd"/>
    </w:p>
    <w:p w14:paraId="42EBE16D" w14:textId="77777777" w:rsidR="00301052" w:rsidRDefault="009478B1">
      <w:r>
        <w:t xml:space="preserve">3. </w:t>
      </w:r>
      <w:proofErr w:type="spellStart"/>
      <w:r>
        <w:t>ให้คำแนะนำเกี่ยวกับขั้นตอน</w:t>
      </w:r>
      <w:proofErr w:type="spellEnd"/>
      <w:r>
        <w:t xml:space="preserve"> </w:t>
      </w:r>
      <w:proofErr w:type="spellStart"/>
      <w:r>
        <w:t>เอกสาร</w:t>
      </w:r>
      <w:proofErr w:type="spellEnd"/>
      <w:r>
        <w:t xml:space="preserve"> </w:t>
      </w:r>
      <w:proofErr w:type="spellStart"/>
      <w:r>
        <w:t>และช่องทางการดำเนินงาน</w:t>
      </w:r>
      <w:proofErr w:type="spellEnd"/>
    </w:p>
    <w:p w14:paraId="6E33E624" w14:textId="77777777" w:rsidR="00301052" w:rsidRDefault="009478B1">
      <w:r>
        <w:t xml:space="preserve">4. </w:t>
      </w:r>
      <w:proofErr w:type="spellStart"/>
      <w:r>
        <w:t>ดำเนินการรับสมัคร</w:t>
      </w:r>
      <w:proofErr w:type="spellEnd"/>
      <w:r>
        <w:t>/</w:t>
      </w:r>
      <w:proofErr w:type="spellStart"/>
      <w:r>
        <w:t>ลงทะเบียน</w:t>
      </w:r>
      <w:proofErr w:type="spellEnd"/>
      <w:r>
        <w:t>/</w:t>
      </w:r>
      <w:proofErr w:type="spellStart"/>
      <w:r>
        <w:t>ประสานงานกับ</w:t>
      </w:r>
      <w:proofErr w:type="spellEnd"/>
      <w:r>
        <w:t xml:space="preserve"> </w:t>
      </w:r>
      <w:proofErr w:type="spellStart"/>
      <w:proofErr w:type="gramStart"/>
      <w:r>
        <w:t>ศกร.ระดับตำบลหรือกลุ่มงานที่เกี่ยวข้อง</w:t>
      </w:r>
      <w:proofErr w:type="spellEnd"/>
      <w:proofErr w:type="gramEnd"/>
    </w:p>
    <w:p w14:paraId="5810E139" w14:textId="77777777" w:rsidR="00301052" w:rsidRDefault="009478B1">
      <w:r>
        <w:t xml:space="preserve">5. </w:t>
      </w:r>
      <w:proofErr w:type="spellStart"/>
      <w:r>
        <w:t>แจ้งผลและติดตามการให้บริการจนเสร็จสิ้น</w:t>
      </w:r>
      <w:proofErr w:type="spellEnd"/>
    </w:p>
    <w:p w14:paraId="1A9D2226" w14:textId="77777777" w:rsidR="00301052" w:rsidRDefault="009478B1">
      <w:proofErr w:type="spellStart"/>
      <w:r>
        <w:t>ผู้รับผิดชอบ</w:t>
      </w:r>
      <w:proofErr w:type="spellEnd"/>
      <w:r>
        <w:t xml:space="preserve">: </w:t>
      </w:r>
      <w:proofErr w:type="spellStart"/>
      <w:r>
        <w:t>กลุ่มงาน</w:t>
      </w:r>
      <w:proofErr w:type="spellEnd"/>
      <w:r>
        <w:t>/</w:t>
      </w:r>
      <w:proofErr w:type="spellStart"/>
      <w:proofErr w:type="gramStart"/>
      <w:r>
        <w:t>ศกร.ระดับตำบลที่รับผิดชอบภารกิจนั้น</w:t>
      </w:r>
      <w:proofErr w:type="spellEnd"/>
      <w:proofErr w:type="gramEnd"/>
    </w:p>
    <w:p w14:paraId="1933C880" w14:textId="77777777" w:rsidR="00301052" w:rsidRDefault="009478B1">
      <w:proofErr w:type="spellStart"/>
      <w:proofErr w:type="gramStart"/>
      <w:r>
        <w:t>หมายเหตุ</w:t>
      </w:r>
      <w:proofErr w:type="spellEnd"/>
      <w:r>
        <w:t xml:space="preserve"> :</w:t>
      </w:r>
      <w:proofErr w:type="gramEnd"/>
      <w:r>
        <w:t xml:space="preserve"> </w:t>
      </w:r>
      <w:r>
        <w:t>ค่าธรรมเนียมและเอกสารประกอบขึ้นอยู่กับประเภทของบริการและหลักเกณฑ์ที่เกี่ยวข้อง</w:t>
      </w:r>
    </w:p>
    <w:p w14:paraId="729F8EEB" w14:textId="77777777" w:rsidR="00301052" w:rsidRDefault="009478B1">
      <w:r>
        <w:br w:type="page"/>
      </w:r>
    </w:p>
    <w:p w14:paraId="58F41534" w14:textId="77777777" w:rsidR="003C289D" w:rsidRDefault="003C289D" w:rsidP="003C28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E3AC4F4" w14:textId="169B2556" w:rsidR="00301052" w:rsidRPr="003C289D" w:rsidRDefault="009478B1" w:rsidP="003C28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proofErr w:type="spellStart"/>
      <w:r w:rsidRPr="003C289D">
        <w:rPr>
          <w:rFonts w:ascii="TH SarabunIT๙" w:hAnsi="TH SarabunIT๙" w:cs="TH SarabunIT๙"/>
          <w:b/>
          <w:bCs/>
          <w:sz w:val="36"/>
          <w:szCs w:val="36"/>
        </w:rPr>
        <w:t>ช่องทางการติดต่อ</w:t>
      </w:r>
      <w:proofErr w:type="spellEnd"/>
    </w:p>
    <w:p w14:paraId="5FA2C0F2" w14:textId="1928B315" w:rsidR="00301052" w:rsidRPr="003C289D" w:rsidRDefault="009478B1" w:rsidP="003C28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</w:pPr>
      <w:proofErr w:type="spellStart"/>
      <w:r w:rsidRPr="003C289D">
        <w:rPr>
          <w:rFonts w:ascii="TH SarabunIT๙" w:hAnsi="TH SarabunIT๙" w:cs="TH SarabunIT๙"/>
          <w:b/>
          <w:bCs/>
          <w:sz w:val="36"/>
          <w:szCs w:val="36"/>
        </w:rPr>
        <w:t>ศูนย์ส่งเสริมการเรียนรู้ระดับอำเภอ</w:t>
      </w:r>
      <w:proofErr w:type="spellEnd"/>
      <w:r w:rsidR="003C289D" w:rsidRPr="003C289D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หาดสำราญ</w:t>
      </w:r>
    </w:p>
    <w:p w14:paraId="01D0EAF2" w14:textId="77777777" w:rsidR="00301052" w:rsidRDefault="009478B1" w:rsidP="003C28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proofErr w:type="spellStart"/>
      <w:r w:rsidRPr="003C289D">
        <w:rPr>
          <w:rFonts w:ascii="TH SarabunIT๙" w:hAnsi="TH SarabunIT๙" w:cs="TH SarabunIT๙"/>
          <w:b/>
          <w:bCs/>
          <w:sz w:val="36"/>
          <w:szCs w:val="36"/>
        </w:rPr>
        <w:t>สังกัด</w:t>
      </w:r>
      <w:proofErr w:type="spellEnd"/>
      <w:r w:rsidRPr="003C289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proofErr w:type="spellStart"/>
      <w:r w:rsidRPr="003C289D">
        <w:rPr>
          <w:rFonts w:ascii="TH SarabunIT๙" w:hAnsi="TH SarabunIT๙" w:cs="TH SarabunIT๙"/>
          <w:b/>
          <w:bCs/>
          <w:sz w:val="36"/>
          <w:szCs w:val="36"/>
        </w:rPr>
        <w:t>สำนักงานส่งเสริมการเรียนรู้ประจำจังหวัดตรัง</w:t>
      </w:r>
      <w:proofErr w:type="spellEnd"/>
    </w:p>
    <w:p w14:paraId="3AEBE8AA" w14:textId="77777777" w:rsidR="003C289D" w:rsidRPr="003C289D" w:rsidRDefault="003C289D" w:rsidP="003C28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6D1F006" w14:textId="302552DC" w:rsidR="00301052" w:rsidRPr="003C289D" w:rsidRDefault="009478B1" w:rsidP="003C289D">
      <w:pPr>
        <w:rPr>
          <w:rFonts w:ascii="TH SarabunIT๙" w:hAnsi="TH SarabunIT๙" w:cs="TH SarabunIT๙" w:hint="cs"/>
          <w:szCs w:val="32"/>
          <w:cs/>
          <w:lang w:bidi="th-TH"/>
        </w:rPr>
      </w:pPr>
      <w:proofErr w:type="spellStart"/>
      <w:r w:rsidRPr="003C289D">
        <w:rPr>
          <w:rFonts w:ascii="TH SarabunIT๙" w:hAnsi="TH SarabunIT๙" w:cs="TH SarabunIT๙"/>
          <w:szCs w:val="32"/>
        </w:rPr>
        <w:t>ที่ตั้งสำนักงาน</w:t>
      </w:r>
      <w:proofErr w:type="spellEnd"/>
      <w:r w:rsidRPr="003C289D">
        <w:rPr>
          <w:rFonts w:ascii="TH SarabunIT๙" w:hAnsi="TH SarabunIT๙" w:cs="TH SarabunIT๙"/>
          <w:szCs w:val="32"/>
        </w:rPr>
        <w:t xml:space="preserve">: </w:t>
      </w:r>
      <w:r w:rsidR="00C12530">
        <w:rPr>
          <w:rFonts w:ascii="TH SarabunIT๙" w:hAnsi="TH SarabunIT๙" w:cs="TH SarabunIT๙" w:hint="cs"/>
          <w:szCs w:val="32"/>
          <w:cs/>
          <w:lang w:bidi="th-TH"/>
        </w:rPr>
        <w:t>หมู่ 9 ตำบลหาดำราญ อำเภอหาดสำราญ จังหวัดตรัง</w:t>
      </w:r>
    </w:p>
    <w:p w14:paraId="7EF1F32A" w14:textId="3E7CBC04" w:rsidR="00301052" w:rsidRPr="00C12530" w:rsidRDefault="009478B1" w:rsidP="003C289D">
      <w:proofErr w:type="spellStart"/>
      <w:r w:rsidRPr="003C289D">
        <w:rPr>
          <w:rFonts w:ascii="TH SarabunIT๙" w:hAnsi="TH SarabunIT๙" w:cs="TH SarabunIT๙"/>
          <w:szCs w:val="32"/>
        </w:rPr>
        <w:t>โทรศัพท์</w:t>
      </w:r>
      <w:proofErr w:type="spellEnd"/>
      <w:r w:rsidRPr="003C289D">
        <w:rPr>
          <w:rFonts w:ascii="TH SarabunIT๙" w:hAnsi="TH SarabunIT๙" w:cs="TH SarabunIT๙"/>
          <w:szCs w:val="32"/>
        </w:rPr>
        <w:t xml:space="preserve">: </w:t>
      </w:r>
      <w:r w:rsidR="00C12530">
        <w:t>075-208794</w:t>
      </w:r>
    </w:p>
    <w:p w14:paraId="230A9310" w14:textId="59D3C5E4" w:rsidR="00301052" w:rsidRPr="003C289D" w:rsidRDefault="009478B1" w:rsidP="003C289D">
      <w:pPr>
        <w:rPr>
          <w:rFonts w:ascii="TH SarabunIT๙" w:hAnsi="TH SarabunIT๙" w:cs="TH SarabunIT๙"/>
          <w:szCs w:val="32"/>
        </w:rPr>
      </w:pPr>
      <w:proofErr w:type="spellStart"/>
      <w:r w:rsidRPr="003C289D">
        <w:rPr>
          <w:rFonts w:ascii="TH SarabunIT๙" w:hAnsi="TH SarabunIT๙" w:cs="TH SarabunIT๙"/>
          <w:szCs w:val="32"/>
        </w:rPr>
        <w:t>โทรศัพท์มือถือ</w:t>
      </w:r>
      <w:proofErr w:type="spellEnd"/>
      <w:r w:rsidRPr="003C289D">
        <w:rPr>
          <w:rFonts w:ascii="TH SarabunIT๙" w:hAnsi="TH SarabunIT๙" w:cs="TH SarabunIT๙"/>
          <w:szCs w:val="32"/>
        </w:rPr>
        <w:t xml:space="preserve">: </w:t>
      </w:r>
      <w:r w:rsidR="00C12530">
        <w:rPr>
          <w:rFonts w:ascii="TH SarabunIT๙" w:hAnsi="TH SarabunIT๙" w:cs="TH SarabunIT๙"/>
          <w:szCs w:val="32"/>
        </w:rPr>
        <w:t>-</w:t>
      </w:r>
    </w:p>
    <w:p w14:paraId="67B88994" w14:textId="62CBE135" w:rsidR="00301052" w:rsidRPr="003C289D" w:rsidRDefault="009478B1" w:rsidP="003C289D">
      <w:pPr>
        <w:rPr>
          <w:rFonts w:ascii="TH SarabunIT๙" w:hAnsi="TH SarabunIT๙" w:cs="TH SarabunIT๙"/>
          <w:szCs w:val="32"/>
        </w:rPr>
      </w:pPr>
      <w:proofErr w:type="spellStart"/>
      <w:r w:rsidRPr="003C289D">
        <w:rPr>
          <w:rFonts w:ascii="TH SarabunIT๙" w:hAnsi="TH SarabunIT๙" w:cs="TH SarabunIT๙"/>
          <w:szCs w:val="32"/>
        </w:rPr>
        <w:t>เว็บไซต์</w:t>
      </w:r>
      <w:proofErr w:type="spellEnd"/>
      <w:r w:rsidRPr="003C289D">
        <w:rPr>
          <w:rFonts w:ascii="TH SarabunIT๙" w:hAnsi="TH SarabunIT๙" w:cs="TH SarabunIT๙"/>
          <w:szCs w:val="32"/>
        </w:rPr>
        <w:t>/</w:t>
      </w:r>
      <w:proofErr w:type="spellStart"/>
      <w:r w:rsidRPr="003C289D">
        <w:rPr>
          <w:rFonts w:ascii="TH SarabunIT๙" w:hAnsi="TH SarabunIT๙" w:cs="TH SarabunIT๙"/>
          <w:szCs w:val="32"/>
        </w:rPr>
        <w:t>เพจ</w:t>
      </w:r>
      <w:proofErr w:type="spellEnd"/>
      <w:r w:rsidRPr="003C289D">
        <w:rPr>
          <w:rFonts w:ascii="TH SarabunIT๙" w:hAnsi="TH SarabunIT๙" w:cs="TH SarabunIT๙"/>
          <w:szCs w:val="32"/>
        </w:rPr>
        <w:t xml:space="preserve">: </w:t>
      </w:r>
      <w:r w:rsidR="005331E9" w:rsidRPr="005331E9">
        <w:rPr>
          <w:rFonts w:ascii="TH SarabunIT๙" w:hAnsi="TH SarabunIT๙" w:cs="TH SarabunIT๙"/>
          <w:szCs w:val="32"/>
        </w:rPr>
        <w:t>http://trang.dole.go.th/dole10/</w:t>
      </w:r>
    </w:p>
    <w:p w14:paraId="2D82D885" w14:textId="049E799C" w:rsidR="00301052" w:rsidRPr="003C289D" w:rsidRDefault="009478B1" w:rsidP="003C289D">
      <w:pPr>
        <w:rPr>
          <w:rFonts w:ascii="TH SarabunIT๙" w:hAnsi="TH SarabunIT๙" w:cs="TH SarabunIT๙" w:hint="cs"/>
          <w:szCs w:val="32"/>
          <w:lang w:bidi="th-TH"/>
        </w:rPr>
      </w:pPr>
      <w:proofErr w:type="spellStart"/>
      <w:r w:rsidRPr="003C289D">
        <w:rPr>
          <w:rFonts w:ascii="TH SarabunIT๙" w:hAnsi="TH SarabunIT๙" w:cs="TH SarabunIT๙"/>
          <w:szCs w:val="32"/>
        </w:rPr>
        <w:t>วันและเวลาทำการ</w:t>
      </w:r>
      <w:proofErr w:type="spellEnd"/>
      <w:r w:rsidRPr="003C289D">
        <w:rPr>
          <w:rFonts w:ascii="TH SarabunIT๙" w:hAnsi="TH SarabunIT๙" w:cs="TH SarabunIT๙"/>
          <w:szCs w:val="32"/>
        </w:rPr>
        <w:t xml:space="preserve">: </w:t>
      </w:r>
      <w:r w:rsidR="005331E9">
        <w:rPr>
          <w:rFonts w:ascii="TH SarabunIT๙" w:hAnsi="TH SarabunIT๙" w:cs="TH SarabunIT๙" w:hint="cs"/>
          <w:szCs w:val="32"/>
          <w:cs/>
          <w:lang w:bidi="th-TH"/>
        </w:rPr>
        <w:t xml:space="preserve">จันทร์ </w:t>
      </w:r>
      <w:r w:rsidR="005331E9">
        <w:rPr>
          <w:rFonts w:ascii="TH SarabunIT๙" w:hAnsi="TH SarabunIT๙" w:cs="TH SarabunIT๙"/>
          <w:szCs w:val="32"/>
          <w:lang w:bidi="th-TH"/>
        </w:rPr>
        <w:t>-</w:t>
      </w:r>
      <w:r w:rsidR="005331E9">
        <w:rPr>
          <w:rFonts w:ascii="TH SarabunIT๙" w:hAnsi="TH SarabunIT๙" w:cs="TH SarabunIT๙" w:hint="cs"/>
          <w:szCs w:val="32"/>
          <w:cs/>
          <w:lang w:bidi="th-TH"/>
        </w:rPr>
        <w:t xml:space="preserve"> </w:t>
      </w:r>
      <w:proofErr w:type="gramStart"/>
      <w:r w:rsidR="005331E9">
        <w:rPr>
          <w:rFonts w:ascii="TH SarabunIT๙" w:hAnsi="TH SarabunIT๙" w:cs="TH SarabunIT๙" w:hint="cs"/>
          <w:szCs w:val="32"/>
          <w:cs/>
          <w:lang w:bidi="th-TH"/>
        </w:rPr>
        <w:t>ศุกร์  เวลา</w:t>
      </w:r>
      <w:proofErr w:type="gramEnd"/>
      <w:r w:rsidR="005331E9">
        <w:rPr>
          <w:rFonts w:ascii="TH SarabunIT๙" w:hAnsi="TH SarabunIT๙" w:cs="TH SarabunIT๙" w:hint="cs"/>
          <w:szCs w:val="32"/>
          <w:cs/>
          <w:lang w:bidi="th-TH"/>
        </w:rPr>
        <w:t xml:space="preserve"> </w:t>
      </w:r>
      <w:r w:rsidR="005331E9">
        <w:rPr>
          <w:rFonts w:ascii="TH SarabunIT๙" w:hAnsi="TH SarabunIT๙" w:cs="TH SarabunIT๙"/>
          <w:szCs w:val="32"/>
          <w:lang w:bidi="th-TH"/>
        </w:rPr>
        <w:t xml:space="preserve">08.30 </w:t>
      </w:r>
      <w:r w:rsidR="005331E9">
        <w:rPr>
          <w:rFonts w:ascii="TH SarabunIT๙" w:hAnsi="TH SarabunIT๙" w:cs="TH SarabunIT๙" w:hint="cs"/>
          <w:szCs w:val="32"/>
          <w:cs/>
          <w:lang w:bidi="th-TH"/>
        </w:rPr>
        <w:t>น</w:t>
      </w:r>
      <w:r w:rsidR="005331E9">
        <w:rPr>
          <w:rFonts w:ascii="TH SarabunIT๙" w:hAnsi="TH SarabunIT๙" w:cs="TH SarabunIT๙"/>
          <w:szCs w:val="32"/>
          <w:lang w:bidi="th-TH"/>
        </w:rPr>
        <w:t xml:space="preserve">. </w:t>
      </w:r>
      <w:r w:rsidR="009D2785">
        <w:rPr>
          <w:rFonts w:ascii="TH SarabunIT๙" w:hAnsi="TH SarabunIT๙" w:cs="TH SarabunIT๙"/>
          <w:szCs w:val="32"/>
          <w:lang w:bidi="th-TH"/>
        </w:rPr>
        <w:t>–</w:t>
      </w:r>
      <w:r w:rsidR="005331E9">
        <w:rPr>
          <w:rFonts w:ascii="TH SarabunIT๙" w:hAnsi="TH SarabunIT๙" w:cs="TH SarabunIT๙" w:hint="cs"/>
          <w:szCs w:val="32"/>
          <w:cs/>
          <w:lang w:bidi="th-TH"/>
        </w:rPr>
        <w:t xml:space="preserve"> </w:t>
      </w:r>
      <w:r w:rsidR="009D2785">
        <w:rPr>
          <w:rFonts w:ascii="TH SarabunIT๙" w:hAnsi="TH SarabunIT๙" w:cs="TH SarabunIT๙" w:hint="cs"/>
          <w:szCs w:val="32"/>
          <w:cs/>
          <w:lang w:bidi="th-TH"/>
        </w:rPr>
        <w:t>16.30 น</w:t>
      </w:r>
      <w:r w:rsidR="009D2785">
        <w:rPr>
          <w:rFonts w:ascii="TH SarabunIT๙" w:hAnsi="TH SarabunIT๙" w:cs="TH SarabunIT๙"/>
          <w:szCs w:val="32"/>
          <w:lang w:bidi="th-TH"/>
        </w:rPr>
        <w:t>.</w:t>
      </w:r>
    </w:p>
    <w:p w14:paraId="0FB9336C" w14:textId="77777777" w:rsidR="00301052" w:rsidRPr="003C289D" w:rsidRDefault="00301052" w:rsidP="003C289D">
      <w:pPr>
        <w:rPr>
          <w:rFonts w:ascii="TH SarabunIT๙" w:hAnsi="TH SarabunIT๙" w:cs="TH SarabunIT๙"/>
          <w:szCs w:val="32"/>
        </w:rPr>
      </w:pPr>
    </w:p>
    <w:p w14:paraId="4EF66630" w14:textId="32FF4A8F" w:rsidR="00301052" w:rsidRPr="003C289D" w:rsidRDefault="009478B1" w:rsidP="003C289D">
      <w:pPr>
        <w:rPr>
          <w:rFonts w:ascii="TH SarabunIT๙" w:hAnsi="TH SarabunIT๙" w:cs="TH SarabunIT๙"/>
          <w:szCs w:val="32"/>
        </w:rPr>
      </w:pPr>
      <w:proofErr w:type="spellStart"/>
      <w:r w:rsidRPr="003C289D">
        <w:rPr>
          <w:rFonts w:ascii="TH SarabunIT๙" w:hAnsi="TH SarabunIT๙" w:cs="TH SarabunIT๙"/>
          <w:szCs w:val="32"/>
        </w:rPr>
        <w:t>หมายเหตุ</w:t>
      </w:r>
      <w:proofErr w:type="spellEnd"/>
      <w:r w:rsidRPr="003C289D">
        <w:rPr>
          <w:rFonts w:ascii="TH SarabunIT๙" w:hAnsi="TH SarabunIT๙" w:cs="TH SarabunIT๙"/>
          <w:szCs w:val="32"/>
        </w:rPr>
        <w:t xml:space="preserve">: </w:t>
      </w:r>
      <w:proofErr w:type="spellStart"/>
      <w:r w:rsidRPr="003C289D">
        <w:rPr>
          <w:rFonts w:ascii="TH SarabunIT๙" w:hAnsi="TH SarabunIT๙" w:cs="TH SarabunIT๙"/>
          <w:szCs w:val="32"/>
        </w:rPr>
        <w:t>รายละเอียดชื่อผู้รับผิดชอบ</w:t>
      </w:r>
      <w:proofErr w:type="spellEnd"/>
      <w:r w:rsidRPr="003C289D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C289D">
        <w:rPr>
          <w:rFonts w:ascii="TH SarabunIT๙" w:hAnsi="TH SarabunIT๙" w:cs="TH SarabunIT๙"/>
          <w:szCs w:val="32"/>
        </w:rPr>
        <w:t>หมายเลขโทรศัพท์</w:t>
      </w:r>
      <w:proofErr w:type="spellEnd"/>
      <w:r w:rsidRPr="003C289D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C289D">
        <w:rPr>
          <w:rFonts w:ascii="TH SarabunIT๙" w:hAnsi="TH SarabunIT๙" w:cs="TH SarabunIT๙"/>
          <w:szCs w:val="32"/>
        </w:rPr>
        <w:t>ระยะเวลา</w:t>
      </w:r>
      <w:proofErr w:type="spellEnd"/>
      <w:r w:rsidRPr="003C289D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C289D">
        <w:rPr>
          <w:rFonts w:ascii="TH SarabunIT๙" w:hAnsi="TH SarabunIT๙" w:cs="TH SarabunIT๙"/>
          <w:szCs w:val="32"/>
        </w:rPr>
        <w:t>และเอกสารหลักฐาน</w:t>
      </w:r>
      <w:proofErr w:type="spellEnd"/>
      <w:r w:rsidRPr="003C289D">
        <w:rPr>
          <w:rFonts w:ascii="TH SarabunIT๙" w:hAnsi="TH SarabunIT๙" w:cs="TH SarabunIT๙"/>
          <w:szCs w:val="32"/>
        </w:rPr>
        <w:t xml:space="preserve"> สามารถปรับให้ตรงกับคำสั่งมอบหมายและระบบงานจริงของศูนย์ส่งเสริมการเรียนรู้ระดับ</w:t>
      </w:r>
      <w:proofErr w:type="spellStart"/>
      <w:r w:rsidRPr="003C289D">
        <w:rPr>
          <w:rFonts w:ascii="TH SarabunIT๙" w:hAnsi="TH SarabunIT๙" w:cs="TH SarabunIT๙"/>
          <w:szCs w:val="32"/>
        </w:rPr>
        <w:t>อำเภอ</w:t>
      </w:r>
      <w:proofErr w:type="spellEnd"/>
      <w:r w:rsidR="009D2785">
        <w:rPr>
          <w:rFonts w:ascii="TH SarabunIT๙" w:hAnsi="TH SarabunIT๙" w:cs="TH SarabunIT๙" w:hint="cs"/>
          <w:szCs w:val="32"/>
          <w:cs/>
          <w:lang w:bidi="th-TH"/>
        </w:rPr>
        <w:t>หาดสำราญ</w:t>
      </w:r>
      <w:r w:rsidRPr="003C289D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C289D">
        <w:rPr>
          <w:rFonts w:ascii="TH SarabunIT๙" w:hAnsi="TH SarabunIT๙" w:cs="TH SarabunIT๙"/>
          <w:szCs w:val="32"/>
        </w:rPr>
        <w:t>ก่อนนำไปประกาศใช้</w:t>
      </w:r>
      <w:proofErr w:type="spellEnd"/>
    </w:p>
    <w:sectPr w:rsidR="00301052" w:rsidRPr="003C289D" w:rsidSect="000F4FE5">
      <w:pgSz w:w="12240" w:h="15840"/>
      <w:pgMar w:top="720" w:right="720" w:bottom="851" w:left="72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8580703">
    <w:abstractNumId w:val="8"/>
  </w:num>
  <w:num w:numId="2" w16cid:durableId="1318457567">
    <w:abstractNumId w:val="6"/>
  </w:num>
  <w:num w:numId="3" w16cid:durableId="1705517842">
    <w:abstractNumId w:val="5"/>
  </w:num>
  <w:num w:numId="4" w16cid:durableId="1590507824">
    <w:abstractNumId w:val="4"/>
  </w:num>
  <w:num w:numId="5" w16cid:durableId="1841461503">
    <w:abstractNumId w:val="7"/>
  </w:num>
  <w:num w:numId="6" w16cid:durableId="1340699032">
    <w:abstractNumId w:val="3"/>
  </w:num>
  <w:num w:numId="7" w16cid:durableId="1615402375">
    <w:abstractNumId w:val="2"/>
  </w:num>
  <w:num w:numId="8" w16cid:durableId="621614928">
    <w:abstractNumId w:val="1"/>
  </w:num>
  <w:num w:numId="9" w16cid:durableId="240991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A54"/>
    <w:rsid w:val="00043465"/>
    <w:rsid w:val="0006063C"/>
    <w:rsid w:val="000C58A7"/>
    <w:rsid w:val="000F4FE5"/>
    <w:rsid w:val="0015074B"/>
    <w:rsid w:val="001A101B"/>
    <w:rsid w:val="001C5418"/>
    <w:rsid w:val="00240BF3"/>
    <w:rsid w:val="0027750D"/>
    <w:rsid w:val="0029639D"/>
    <w:rsid w:val="002F7699"/>
    <w:rsid w:val="00301052"/>
    <w:rsid w:val="003200C9"/>
    <w:rsid w:val="00326F90"/>
    <w:rsid w:val="00353547"/>
    <w:rsid w:val="00355C00"/>
    <w:rsid w:val="00364070"/>
    <w:rsid w:val="003C289D"/>
    <w:rsid w:val="00492D86"/>
    <w:rsid w:val="004B3E6A"/>
    <w:rsid w:val="005331E9"/>
    <w:rsid w:val="00536000"/>
    <w:rsid w:val="00657867"/>
    <w:rsid w:val="00695CB4"/>
    <w:rsid w:val="00726CF8"/>
    <w:rsid w:val="00756914"/>
    <w:rsid w:val="007927E8"/>
    <w:rsid w:val="008654AB"/>
    <w:rsid w:val="00867896"/>
    <w:rsid w:val="0087122C"/>
    <w:rsid w:val="008B752A"/>
    <w:rsid w:val="00970F2E"/>
    <w:rsid w:val="009D2785"/>
    <w:rsid w:val="009D6168"/>
    <w:rsid w:val="009E1D6D"/>
    <w:rsid w:val="009F2245"/>
    <w:rsid w:val="00AA1D8D"/>
    <w:rsid w:val="00B03B34"/>
    <w:rsid w:val="00B43613"/>
    <w:rsid w:val="00B47730"/>
    <w:rsid w:val="00B678C3"/>
    <w:rsid w:val="00B87F8E"/>
    <w:rsid w:val="00B9675E"/>
    <w:rsid w:val="00BC3943"/>
    <w:rsid w:val="00C0407D"/>
    <w:rsid w:val="00C12530"/>
    <w:rsid w:val="00C77C42"/>
    <w:rsid w:val="00CB0664"/>
    <w:rsid w:val="00CB483C"/>
    <w:rsid w:val="00D2193E"/>
    <w:rsid w:val="00D245C2"/>
    <w:rsid w:val="00D7452E"/>
    <w:rsid w:val="00F025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CF3D85"/>
  <w14:defaultImageDpi w14:val="300"/>
  <w15:docId w15:val="{78A9C172-BE3D-4522-B7B4-977C6712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H Sarabun New" w:eastAsia="TH Sarabun New" w:hAnsi="TH Sarabun New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หัวเรื่อง 1 อักขระ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หัวเรื่อง 2 อักขระ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หัวเรื่อง 3 อักขระ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ชื่อเรื่อง อักขระ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ชื่อเรื่องรอง อักขระ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เนื้อความ อักขระ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ข้อความแมโคร อักขระ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คำอ้างอิง อักขระ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ทำให้คำอ้างอิงเป็นสีเข้มขึ้น อักขระ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850</Words>
  <Characters>4850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2026-09-25T04:04:00Z</dcterms:created>
  <dcterms:modified xsi:type="dcterms:W3CDTF">2026-09-25T04:04:00Z</dcterms:modified>
  <cp:category/>
</cp:coreProperties>
</file>